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高考考生报名的基本流程是怎样的？（流程图）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2024-11-13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https://eea.gd.gov.cn/dawenku/ksbk/content/post_4522187.html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https://eea.gd.gov.cn/zcjd/content/post_4522306.html</w:t>
        </w:r>
      </w:hyperlink>
    </w:p>
    <w:p/>
    <w:p>
      <w:r>
        <w:t>我省2025年普通高考报名基本流程分为四个部分：考生注册→报名资格初核→网上报名→确认报名。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0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c98084c468dd69d3e5f323ea02d9f8d8d96b7c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0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1738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c98084c468dd69d3e5f323ea02d9f8d8d96b7c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738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相关文件：关于做好广东省2025年普通高校招生统一考试报名工作的通知</w:t>
      </w:r>
    </w:p>
    <w:p>
      <w:pPr>
        <w:pStyle w:val="Heading1"/>
      </w:pPr>
      <w:r>
        <w:t>正文相关链接</w:t>
      </w:r>
    </w:p>
    <w:p>
      <w:hyperlink r:id="rId14">
        <w:r>
          <w:rPr>
            <w:color w:val="18548A"/>
          </w:rPr>
          <w:t>关于做好广东省2025年普通高校招生统一考试报名工作的通知</w:t>
        </w:r>
      </w:hyperlink>
    </w:p>
    <w:p>
      <w:r>
        <w:t>https://eea.gd.gov.cn/ptgk/content/post_4504848.html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522187.html" TargetMode="External"/><Relationship Id="rId11" Type="http://schemas.openxmlformats.org/officeDocument/2006/relationships/hyperlink" Target="https://eea.gd.gov.cn/zcjd/content/post_4522306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hyperlink" Target="https://eea.gd.gov.cn/ptgk/content/post_45048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