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广东省教育考试院SSL加密证书采购项目询价（成交）结果公告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2025-11-04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https://eea.gd.gov.cn/zfcg/content/post_4793078.html</w:t>
        </w:r>
      </w:hyperlink>
    </w:p>
    <w:p/>
    <w:p>
      <w:r>
        <w:t>一、项目编号：YKY20251004056</w:t>
      </w:r>
    </w:p>
    <w:p>
      <w:r>
        <w:t>二、项目名称：广东省教育考试院SSL加密证书采购项目</w:t>
      </w:r>
    </w:p>
    <w:p>
      <w:r>
        <w:t>三、中标（成交）信息</w:t>
      </w:r>
    </w:p>
    <w:p>
      <w:r>
        <w:t>供应商名称：北京天威诚信电子商务服务有限公司</w:t>
      </w:r>
    </w:p>
    <w:p>
      <w:r>
        <w:t>供应商地址：北京市海淀区上地八街7号院4号楼 401A室</w:t>
      </w:r>
    </w:p>
    <w:p>
      <w:r>
        <w:t>中标（成交）金额：¥34,500.00元</w:t>
      </w:r>
    </w:p>
    <w:p>
      <w:r>
        <w:t>四、服务收费标准及金额：无</w:t>
      </w:r>
    </w:p>
    <w:p>
      <w:r>
        <w:t>五、公告期限</w:t>
      </w:r>
    </w:p>
    <w:p>
      <w:r>
        <w:t>自本公告发布之日起1个工作日。</w:t>
      </w:r>
    </w:p>
    <w:p>
      <w:r>
        <w:t>六、其他补充事宜</w:t>
      </w:r>
    </w:p>
    <w:p>
      <w:r>
        <w:t>价格排序表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/>
        </w:trP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供应商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符合性审查和初步审查情况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询价报价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评审价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名次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北京天威诚信电子商务服务有限公司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34,500.00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34,500.00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上海锐成信息科技有限公司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43,470.00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43,470.00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亚数信息科技（上海）有限公司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43,640.00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43,640.00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江苏光网数字认证有限公司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48,499.00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48,499.00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数安时代科技股份有限公司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57,000.00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</w:tr>
      <w:tr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北京数字认证股份有限公司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通过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61,560.00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61,560.00</w:t>
            </w:r>
          </w:p>
        </w:tc>
        <w:tc>
          <w:tcPr>
            <w:tcW w:type="dxa" w:w="1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</w:tr>
    </w:tbl>
    <w:p/>
    <w:p>
      <w:r>
        <w:t>七、凡对本次公告内容提出询问，请按以下方式联系。</w:t>
      </w:r>
    </w:p>
    <w:p>
      <w:r>
        <w:t>梁老师 电话：020-38627732</w:t>
      </w:r>
    </w:p>
    <w:p>
      <w:r>
        <w:t>发布人：广东省教育考试院办公室</w:t>
      </w:r>
    </w:p>
    <w:p>
      <w:r>
        <w:t>发布时间：2025年11月4日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47930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