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关于做好我省2022年提前批军检院校和非军检院校征集志愿工作的通知</w:t>
      </w:r>
    </w:p>
    <w:p>
      <w:r>
        <w:rPr>
          <w:sz w:val="18"/>
        </w:rPr>
        <w:t>整理归属  广东省教育考试院</w:t>
      </w:r>
    </w:p>
    <w:p>
      <w:r>
        <w:rPr>
          <w:sz w:val="18"/>
        </w:rPr>
        <w:t>发布日期  2022-07-13</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https://eea.gd.gov.cn/tzgg/content/post_3972767.html</w:t>
        </w:r>
      </w:hyperlink>
    </w:p>
    <w:p>
      <w:r>
        <w:t xml:space="preserve">同文来源  </w:t>
      </w:r>
      <w:hyperlink r:id="rId11">
        <w:r>
          <w:rPr>
            <w:color w:val="18548A"/>
          </w:rPr>
          <w:t>https://eea.gd.gov.cn/zwgk/sjfb/tjsj/content/post_3972769.html</w:t>
        </w:r>
      </w:hyperlink>
    </w:p>
    <w:p/>
    <w:p>
      <w:r>
        <w:t>各地级以上市招生办公室（考试中心、考试院）：</w:t>
      </w:r>
    </w:p>
    <w:p>
      <w:r>
        <w:t>根据录取情况，我省提前批军检院校和非军检院校尚有少量缺额计划需进行征集志愿。现就有关事项通知如下：</w:t>
      </w:r>
    </w:p>
    <w:p>
      <w:r>
        <w:t>一、时间安排</w:t>
      </w:r>
    </w:p>
    <w:p>
      <w:r>
        <w:t>征集志愿实行网上填报，时间为7月14日8:00至16:00，投档录取时间为7月15日。</w:t>
      </w:r>
    </w:p>
    <w:p>
      <w:r>
        <w:t>二、征集志愿条件</w:t>
      </w:r>
    </w:p>
    <w:p>
      <w:r>
        <w:t>（一）提前批军检院校</w:t>
      </w:r>
    </w:p>
    <w:p>
      <w:r>
        <w:t>1.军队院校。高考成绩达到广东省2022年普通高校招生军队提前本科批次院校录取最低分数线[普通类（物理）：总分538分]，经政治考核、军检合格且未被录取的考生。</w:t>
      </w:r>
    </w:p>
    <w:p>
      <w:r>
        <w:t>2.公安院校。高考成绩达到广东省2022年普通高校招生本科院校录取最低分数线[普通类（历史）：总分437分；普通类（物理）：总分445分]，政治考察、体检、面试和体能测评合格且未被录取的考生。</w:t>
      </w:r>
    </w:p>
    <w:p>
      <w:r>
        <w:t>3.中国消防救援学院。高考成绩达到广东省2022年中国消防救援学院录取最低分数线[普通类（历史）：总分532分]，政审、体检、面试合格且未被录取的考生。</w:t>
      </w:r>
    </w:p>
    <w:p>
      <w:r>
        <w:t>4.中央司法警官学院。高考成绩达到广东省2022年普通高校招生本科院校录取最低分数线[普通类（物理）：总分445分]，政审、体检、面试合格且未被录取的考生。</w:t>
      </w:r>
    </w:p>
    <w:p>
      <w:r>
        <w:t>5.中国民用航空飞行学院。高考成绩达到广东省2022年普通高校民航飞行技术专业招生录取最低分数线[普通类（物理）：总分450分（英语单科95分）]，政审、体检、面试合格且未被录取，同时在《中国民用航空招飞信息系统》中“有效招飞申请”招飞院校必须为“中国民用航空飞行学院”的考生。</w:t>
      </w:r>
    </w:p>
    <w:p>
      <w:r>
        <w:t>（二）提前批非军检院校</w:t>
      </w:r>
    </w:p>
    <w:p>
      <w:r>
        <w:t>高考成绩达到广东省2022年普通高校招生本科院校录取最低分数线[普通类（历史）：总分437分；普通类（物理）：总分445分]，且未被录取的考生。其中院校另有要求的请查阅相关征集志愿院校招生专业及计划统计表。</w:t>
      </w:r>
    </w:p>
    <w:p>
      <w:r>
        <w:t>三、征集志愿程序</w:t>
      </w:r>
    </w:p>
    <w:p>
      <w:r>
        <w:t>（一）查询录取结果。考生可关注省教育考试院微信公众号，在页面底部选择“小程序”栏，通过考生号和密码登录即可查询录取结果；也可以通过百度小程序和粤省事小程序查询。</w:t>
      </w:r>
    </w:p>
    <w:p>
      <w:r>
        <w:t>（二）网上填报志愿。经查未被录取且符合条件有意愿参加征集志愿的考生，请于7月14日8:00至16:00登录“广东省普通高考志愿填报系统”（https://pg.eeagd.edu.cn/ks）填报志愿（征集志愿表样式见附件1）。考生须在规定的时间内填报志愿，逾时一律不再受理。</w:t>
      </w:r>
    </w:p>
    <w:p>
      <w:r>
        <w:t>（三）填报志愿方式</w:t>
      </w:r>
    </w:p>
    <w:p>
      <w:r>
        <w:t>提前批军检院校和非军检院校征集志愿均实行平行志愿投档模式。其中提前批军检院校，考生可以填报10个院校专业组志愿，每个院校专业组志愿最多可填报6个专业志愿和1个是否服从专业调剂选项；提前批非军检院校，考生可以填报10个院校专业组志愿，每个院校专业组志愿最多可填报6个专业志愿和1个是否服从专业调剂选项。</w:t>
      </w:r>
    </w:p>
    <w:p>
      <w:r>
        <w:t>征集志愿填报截止时间为7月14日16:00，考生必须按时在网上填报相应的提前批本科院校专业组志愿，并在网上通过已绑定的手机号码获取验证码完成志愿确认。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7月14日16:00）截止后的1小时内（7月14日16:00-17:00），考生志愿信息不可修改，但仍可以获取短信验证码完成志愿确认。已在网上确认的志愿，考生可以有两次取消志愿确认、再修改并重新确认的机会。取消志愿确认后，无论是否重新修改，都必须在规定时间内，再次进行网上确认，否则志愿无效。7月15日组织高校录取，以考生网上最后确认的征集志愿数据为投档依据。</w:t>
      </w:r>
    </w:p>
    <w:p>
      <w:r>
        <w:t>四、征集志愿录取办法</w:t>
      </w:r>
    </w:p>
    <w:p>
      <w:r>
        <w:t>按照参加征集的院校专业组最终确认的计划1:1比例进行投档。提前批军检院校和非军检院校实行平行志愿投档方式，提供考生征集志愿电子档案供高校择优录取，不进行预投档，。</w:t>
      </w:r>
    </w:p>
    <w:p>
      <w:r>
        <w:t>五、注意事项</w:t>
      </w:r>
    </w:p>
    <w:p>
      <w:r>
        <w:t>（一）考生填报志愿时，须认真查看征集志愿高校招生章程，特别是身体条件要求和考试成绩要求等情况，并尽量选择服从专业调剂。避免因不服从专业调剂或身体条件受限，被院校退档。</w:t>
      </w:r>
    </w:p>
    <w:p>
      <w:r>
        <w:t>（二）征集志愿录取时，以考生重新填报的提前批本科征集志愿为准，考生原填报的提前批本科院校专业组志愿信息无效。</w:t>
      </w:r>
    </w:p>
    <w:p>
      <w:r>
        <w:t>（三）提前批本科院校征集志愿录取工作完成后，省招办将于7月15日开始特殊类型招生院校（含高水平艺术团、高水平运动队、高校专项计划、综合评价）和本科批次普通类和艺体类统考的录取工作，本科批次正式投档预计于7月18日进行。</w:t>
      </w:r>
    </w:p>
    <w:p>
      <w:r>
        <w:t>各市、县（市、区）招生考试机构要高度重视，指定专人负责此项工作，确保考生征集志愿工作顺利进行。</w:t>
      </w:r>
    </w:p>
    <w:p>
      <w:r>
        <w:t>附件：1.广东省2022年普通高校招生征集志愿表（样式）</w:t>
      </w:r>
    </w:p>
    <w:p>
      <w:r>
        <w:t>2.广东省2022年提前批军检院校征集志愿院校招生专业及计划统计表[普通类（历史）]</w:t>
      </w:r>
    </w:p>
    <w:p>
      <w:r>
        <w:t>3.广东省2022年提前批军检院校征集志愿院校招生专业及计划统计表[普通类（物理）]</w:t>
      </w:r>
    </w:p>
    <w:p>
      <w:r>
        <w:t>4.广东省2022年提前批非军检院校征集志愿院校招生专业及计划统计表[普通类（历史）]</w:t>
      </w:r>
    </w:p>
    <w:p>
      <w:r>
        <w:t>5.广东省2022年提前批非军检院校征集志愿院校招生专业及计划统计表[普通类（物理）]</w:t>
      </w:r>
    </w:p>
    <w:p>
      <w:r>
        <w:t>广东省招生委员会办公室</w:t>
      </w:r>
    </w:p>
    <w:p>
      <w:r>
        <w:t>2022年7月13日</w:t>
      </w:r>
    </w:p>
    <w:p>
      <w:r>
        <w:t>附件1：广东省2022年普通高校招生征集志愿表（样式）</w:t>
      </w:r>
    </w:p>
    <w:p>
      <w:r>
        <w:t>附件2：广东省2022年提前批军检院校征集志愿院校招生专业及计划统计表【普通类（历史）】</w:t>
      </w:r>
    </w:p>
    <w:p>
      <w:r>
        <w:t>附件3：广东省2022年提前批军检院校征集志愿院校招生专业及计划统计表【普通类（物理）】</w:t>
      </w:r>
    </w:p>
    <w:p>
      <w:r>
        <w:t>附件4：广东省2022年提前批非军检院校征集志愿院校招生专业及计划统计表【普通类（历史）】</w:t>
      </w:r>
    </w:p>
    <w:p>
      <w:r>
        <w:t>附件5：广东省2022年提前批非军检院校征集志愿院校招生专业及计划统计表【普通类（物理）】</w:t>
      </w:r>
    </w:p>
    <w:p>
      <w:pPr>
        <w:pStyle w:val="Heading1"/>
      </w:pPr>
      <w:r>
        <w:t>附件及下载链接</w:t>
      </w:r>
    </w:p>
    <w:p>
      <w:hyperlink r:id="rId12">
        <w:r>
          <w:rPr>
            <w:color w:val="18548A"/>
          </w:rPr>
          <w:t>广东省2022年普通高校招生征集志愿表（样式）</w:t>
        </w:r>
      </w:hyperlink>
    </w:p>
    <w:p>
      <w:r>
        <w:rPr>
          <w:sz w:val="16"/>
        </w:rPr>
        <w:t>https://eea.gd.gov.cn/attachment/0/493/493730/3972767.docx</w:t>
      </w:r>
    </w:p>
    <w:p>
      <w:hyperlink r:id="rId13">
        <w:r>
          <w:rPr>
            <w:color w:val="18548A"/>
          </w:rPr>
          <w:t>附件2：广东省2022年提前批军检院校征集志愿院校招生专业及计划统计表【普通类（历史）】</w:t>
        </w:r>
      </w:hyperlink>
    </w:p>
    <w:p>
      <w:r>
        <w:rPr>
          <w:sz w:val="16"/>
        </w:rPr>
        <w:t>https://eea.gd.gov.cn/attachment/0/493/493729/3972767.pdf</w:t>
      </w:r>
    </w:p>
    <w:p>
      <w:hyperlink r:id="rId14">
        <w:r>
          <w:rPr>
            <w:color w:val="18548A"/>
          </w:rPr>
          <w:t>3972767.pdf</w:t>
        </w:r>
      </w:hyperlink>
    </w:p>
    <w:p>
      <w:r>
        <w:rPr>
          <w:sz w:val="16"/>
        </w:rPr>
        <w:t>https://eea.gd.gov.cn/attachment/0/493/493726/3972767.pdf</w:t>
      </w:r>
    </w:p>
    <w:p>
      <w:hyperlink r:id="rId15">
        <w:r>
          <w:rPr>
            <w:color w:val="18548A"/>
          </w:rPr>
          <w:t>附件3：广东省2022年提前批军检院校征集志愿院校招生专业及计划统计表【普通类（物理）】</w:t>
        </w:r>
      </w:hyperlink>
    </w:p>
    <w:p>
      <w:r>
        <w:rPr>
          <w:sz w:val="16"/>
        </w:rPr>
        <w:t>https://eea.gd.gov.cn/attachment/0/493/493876/3972767.pdf</w:t>
      </w:r>
    </w:p>
    <w:p>
      <w:hyperlink r:id="rId16">
        <w:r>
          <w:rPr>
            <w:color w:val="18548A"/>
          </w:rPr>
          <w:t>附件4：广东省2022年提前批非军检院校征集志愿院校招生专业及计划统计表【普通类（历史）】</w:t>
        </w:r>
      </w:hyperlink>
    </w:p>
    <w:p>
      <w:r>
        <w:rPr>
          <w:sz w:val="16"/>
        </w:rPr>
        <w:t>https://eea.gd.gov.cn/attachment/0/493/493727/3972767.pdf</w:t>
      </w:r>
    </w:p>
    <w:p>
      <w:hyperlink r:id="rId17">
        <w:r>
          <w:rPr>
            <w:color w:val="18548A"/>
          </w:rPr>
          <w:t>附件5：广东省2022年提前批非军检院校征集志愿院校招生专业及计划统计表【普通类（物理）】</w:t>
        </w:r>
      </w:hyperlink>
    </w:p>
    <w:p>
      <w:r>
        <w:rPr>
          <w:sz w:val="16"/>
        </w:rPr>
        <w:t>https://eea.gd.gov.cn/attachment/0/493/493728/3972767.pdf</w:t>
      </w:r>
    </w:p>
    <w:p>
      <w:pPr>
        <w:pStyle w:val="Heading1"/>
      </w:pPr>
      <w:r>
        <w:t>正文相关链接</w:t>
      </w:r>
    </w:p>
    <w:p>
      <w:hyperlink r:id="rId18">
        <w:r>
          <w:rPr>
            <w:color w:val="18548A"/>
          </w:rPr>
          <w:t>广东省2022年普通高校招生征集志愿表（样式）</w:t>
        </w:r>
      </w:hyperlink>
    </w:p>
    <w:p>
      <w:r>
        <w:t>https://eea.gd.gov.cn/attachment/0/493/493730/3972769.docx</w:t>
      </w:r>
    </w:p>
    <w:p>
      <w:hyperlink r:id="rId19">
        <w:r>
          <w:rPr>
            <w:color w:val="18548A"/>
          </w:rPr>
          <w:t>附件2：广东省2022年提前批军检院校征集志愿院校招生专业及计划统计表【普通类（历史）】</w:t>
        </w:r>
      </w:hyperlink>
    </w:p>
    <w:p>
      <w:r>
        <w:t>https://eea.gd.gov.cn/attachment/0/493/493729/3972769.pdf</w:t>
      </w:r>
    </w:p>
    <w:p>
      <w:hyperlink r:id="rId20">
        <w:r>
          <w:rPr>
            <w:color w:val="18548A"/>
          </w:rPr>
          <w:t>3972769.pdf</w:t>
        </w:r>
      </w:hyperlink>
    </w:p>
    <w:p>
      <w:r>
        <w:t>https://eea.gd.gov.cn/attachment/0/493/493726/3972769.pdf</w:t>
      </w:r>
    </w:p>
    <w:p>
      <w:hyperlink r:id="rId21">
        <w:r>
          <w:rPr>
            <w:color w:val="18548A"/>
          </w:rPr>
          <w:t>附件3：广东省2022年提前批军检院校征集志愿院校招生专业及计划统计表【普通类（物理）】</w:t>
        </w:r>
      </w:hyperlink>
    </w:p>
    <w:p>
      <w:r>
        <w:t>https://eea.gd.gov.cn/attachment/0/493/493876/3972769.pdf</w:t>
      </w:r>
    </w:p>
    <w:p>
      <w:hyperlink r:id="rId22">
        <w:r>
          <w:rPr>
            <w:color w:val="18548A"/>
          </w:rPr>
          <w:t>附件4：广东省2022年提前批非军检院校征集志愿院校招生专业及计划统计表【普通类（历史）】</w:t>
        </w:r>
      </w:hyperlink>
    </w:p>
    <w:p>
      <w:r>
        <w:t>https://eea.gd.gov.cn/attachment/0/493/493727/3972769.pdf</w:t>
      </w:r>
    </w:p>
    <w:p>
      <w:hyperlink r:id="rId23">
        <w:r>
          <w:rPr>
            <w:color w:val="18548A"/>
          </w:rPr>
          <w:t>附件5：广东省2022年提前批非军检院校征集志愿院校招生专业及计划统计表【普通类（物理）】</w:t>
        </w:r>
      </w:hyperlink>
    </w:p>
    <w:p>
      <w:r>
        <w:t>https://eea.gd.gov.cn/attachment/0/493/493728/3972769.pdf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972767.html" TargetMode="External"/><Relationship Id="rId11" Type="http://schemas.openxmlformats.org/officeDocument/2006/relationships/hyperlink" Target="https://eea.gd.gov.cn/zwgk/sjfb/tjsj/content/post_3972769.html" TargetMode="External"/><Relationship Id="rId12" Type="http://schemas.openxmlformats.org/officeDocument/2006/relationships/hyperlink" Target="https://eea.gd.gov.cn/attachment/0/493/493730/3972767.docx" TargetMode="External"/><Relationship Id="rId13" Type="http://schemas.openxmlformats.org/officeDocument/2006/relationships/hyperlink" Target="https://eea.gd.gov.cn/attachment/0/493/493729/3972767.pdf" TargetMode="External"/><Relationship Id="rId14" Type="http://schemas.openxmlformats.org/officeDocument/2006/relationships/hyperlink" Target="https://eea.gd.gov.cn/attachment/0/493/493726/3972767.pdf" TargetMode="External"/><Relationship Id="rId15" Type="http://schemas.openxmlformats.org/officeDocument/2006/relationships/hyperlink" Target="https://eea.gd.gov.cn/attachment/0/493/493876/3972767.pdf" TargetMode="External"/><Relationship Id="rId16" Type="http://schemas.openxmlformats.org/officeDocument/2006/relationships/hyperlink" Target="https://eea.gd.gov.cn/attachment/0/493/493727/3972767.pdf" TargetMode="External"/><Relationship Id="rId17" Type="http://schemas.openxmlformats.org/officeDocument/2006/relationships/hyperlink" Target="https://eea.gd.gov.cn/attachment/0/493/493728/3972767.pdf" TargetMode="External"/><Relationship Id="rId18" Type="http://schemas.openxmlformats.org/officeDocument/2006/relationships/hyperlink" Target="https://eea.gd.gov.cn/attachment/0/493/493730/3972769.docx" TargetMode="External"/><Relationship Id="rId19" Type="http://schemas.openxmlformats.org/officeDocument/2006/relationships/hyperlink" Target="https://eea.gd.gov.cn/attachment/0/493/493729/3972769.pdf" TargetMode="External"/><Relationship Id="rId20" Type="http://schemas.openxmlformats.org/officeDocument/2006/relationships/hyperlink" Target="https://eea.gd.gov.cn/attachment/0/493/493726/3972769.pdf" TargetMode="External"/><Relationship Id="rId21" Type="http://schemas.openxmlformats.org/officeDocument/2006/relationships/hyperlink" Target="https://eea.gd.gov.cn/attachment/0/493/493876/3972769.pdf" TargetMode="External"/><Relationship Id="rId22" Type="http://schemas.openxmlformats.org/officeDocument/2006/relationships/hyperlink" Target="https://eea.gd.gov.cn/attachment/0/493/493727/3972769.pdf" TargetMode="External"/><Relationship Id="rId23" Type="http://schemas.openxmlformats.org/officeDocument/2006/relationships/hyperlink" Target="https://eea.gd.gov.cn/attachment/0/493/493728/397276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