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深圳市2024年中考成绩将于7月16日公布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2024-07-15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https://szeb.sz.gov.cn/szzkw/zkgg/zkxx/content/post_11431323.html</w:t>
        </w:r>
      </w:hyperlink>
    </w:p>
    <w:p/>
    <w:p>
      <w:r>
        <w:t>我市2024年中考成绩将于7月16日上午公布。</w:t>
      </w:r>
    </w:p>
    <w:p>
      <w:r>
        <w:t>7月16日上午10:30起，深圳市招生考试办公室将向考生发送成绩短信，短信内容包括考生准考证号、姓名、各笔试科目单科原始分、单科等级和中考总分。请已收到成绩短信的考生避开高峰时段登录系统查询。</w:t>
      </w:r>
    </w:p>
    <w:p>
      <w:r>
        <w:t>7月16日上午11:00起，考生可通过深圳招考网、深圳教育微信公众号、市招考办微信公众号查询成绩。</w:t>
      </w:r>
    </w:p>
    <w:p>
      <w:r>
        <w:t>具体查询方式</w:t>
      </w:r>
    </w:p>
    <w:p>
      <w:r>
        <w:t>1.登录“深圳招考网”（https://szeb.sz.gov.cn/szzkw/），点击“招考服务”栏目下的“中考中招”，再点击“成绩查询”，即可查询考试成绩。</w:t>
      </w:r>
    </w:p>
    <w:p>
      <w:r>
        <w:t>2.关注深圳教育公众号（ID：szs-jyj），点击公众号菜单栏“教育服务”-“中考查分”，或在对话框回复关键词“中考查分”查询成绩。也可关注深圳市招生考试办公室公众号（ID：szzkb82181999），点击下方“考生服务”中的“中考成绩查询”，即可查询考试成绩。</w:t>
      </w:r>
    </w:p>
    <w:p>
      <w:r>
        <w:t>成绩证书打印方式</w:t>
      </w:r>
    </w:p>
    <w:p>
      <w:r>
        <w:t>7月17日16:00起，考生可以通过“中考中招管理系统”（https://www.szzk.edu.cn/）自行下载并打印成绩证书。</w:t>
      </w:r>
    </w:p>
    <w:p>
      <w:r>
        <w:t>具体操作为：考生使用本人在中考中招管理系统的账号密码登录后（与报名、填报志愿的账号密码相同），点击“打印成绩证书”，即可下载并自行打印。</w:t>
      </w:r>
    </w:p>
    <w:p>
      <w:r>
        <w:t>成绩复核申请办法</w:t>
      </w:r>
    </w:p>
    <w:p>
      <w:r>
        <w:t>中考成绩公布后，考生如对本人的成绩有疑问，可于7月17日16:00前向毕业学校（报名点）提出成绩复核申请。因体育考试成绩已提前公布并进行了复核，本次申请不含体育学科。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143132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