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https://szeb.sz.gov.cn/szzkw/zkcx/zxks/zkzy/bkcc/content/post_8949068.html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a587c942953bc0c4f697fb4a9ef79c685a11a75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a587c942953bc0c4f697fb4a9ef79c685a11a75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6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