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128733e44b661dd99321cd991ecf42f89659b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128733e44b661dd99321cd991ecf42f89659b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