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2017年全国硕士研究生报名工作温馨提示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2016-11-11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https://szeb.sz.gov.cn/szzkw/zkgg/ykxx/content/post_8949961.html</w:t>
        </w:r>
      </w:hyperlink>
    </w:p>
    <w:p/>
    <w:p>
      <w:r>
        <w:t>2017年全国硕士研究生报名确认工作已于11月8日开始。深圳市招考办报名点（代码：4411）网报人数为12552人，截至目前仅4214人进行了报名确认，尚有约8千考生未办理报名确认手续。明天（11月12日）是报名确认的最后一天，为避免考生过多造成报名点拥挤，请未报名确认的考生准备好报名资料的原件及复印件、提前缴好费，错开高峰，尽量在今天（11月11日）前往报名点办理报名确认手续。</w:t>
      </w:r>
    </w:p>
    <w:p>
      <w:r>
        <w:t>深圳市招生考试办公室</w:t>
      </w:r>
    </w:p>
    <w:p>
      <w:r>
        <w:t>2016年11月11日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894996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