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2025年全国联招考试自5月13日起打印准考证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2025-05-12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https://eea.gd.gov.cn/lhzs/content/post_4709531.html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https://eea.gd.gov.cn/news/content/post_4709668.html</w:t>
        </w:r>
      </w:hyperlink>
    </w:p>
    <w:p/>
    <w:p>
      <w:r>
        <w:t>2025年普通高等学校联合招收华侨港澳台学生（简称全国联招）入学考试将于5月17、18日进行。今年所有考区均采用网上打印准考证方式，考生可于5月13日10时起，登录2025年全国联招管理系统（考生端）自行下载并打印准考证，准考证打印截止时间为5月18日18时。打印准考证如遇问题，请联系本人所报考区报名点。</w:t>
      </w:r>
    </w:p>
    <w:p>
      <w:r>
        <w:t>今年福建和广东考区有2个或以上考点，请考生认真查看准考证上的考点地址，切勿因走错考点而耽误考试。</w:t>
      </w:r>
    </w:p>
    <w:p>
      <w:r>
        <w:t>考试当天，考生须凭本人准考证和有效期内的身份证件（港澳考生须提供①《港澳居民来往内地通行证》或《港澳居民居住证》和②香港或澳门居民身份证，台湾考生须提供①《台湾居民来往大陆通行证》或《台湾居民居住证》和②在台湾居住的有效身份证明，华侨考生须提供中国护照）进入考场。</w:t>
      </w:r>
    </w:p>
    <w:p>
      <w:r>
        <w:t>请考生务必遵循考区、考点要求，做好赴考准备。具体事项，请阅读准考证上的《考生须知》。</w:t>
      </w:r>
    </w:p>
    <w:p>
      <w:r>
        <w:t>中华人民共和国普通高等学校</w:t>
      </w:r>
    </w:p>
    <w:p>
      <w:r>
        <w:t>联合招收华侨港澳台学生办公室</w:t>
      </w:r>
    </w:p>
    <w:p>
      <w:r>
        <w:t>2025年5月12日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709531.html" TargetMode="External"/><Relationship Id="rId11" Type="http://schemas.openxmlformats.org/officeDocument/2006/relationships/hyperlink" Target="https://eea.gd.gov.cn/news/content/post_470966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