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中小学教师资格考试（面试）报名常见问题及解答</w:t>
      </w:r>
    </w:p>
    <w:p>
      <w:r>
        <w:rPr>
          <w:sz w:val="18"/>
        </w:rPr>
        <w:t>整理归属  广东省教育考试院</w:t>
      </w:r>
    </w:p>
    <w:p>
      <w:r>
        <w:rPr>
          <w:sz w:val="18"/>
        </w:rPr>
        <w:t>发布日期  2026-04-16</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https://eea.gd.gov.cn/shks/content/post_4885362.html</w:t>
        </w:r>
      </w:hyperlink>
    </w:p>
    <w:p/>
    <w:p>
      <w:r>
        <w:t>1.有效身份证件是指什么？</w:t>
      </w:r>
    </w:p>
    <w:p>
      <w:r>
        <w:t>答：有效期内的居民身份证、临时身份证、公安部门出具的带相片的身份证明、军官证、港澳台居民居住证、港澳居民来往内地通行证、五年有效期台湾居民来往大陆通行证，其他证件不作为本项考试的有效证件。</w:t>
      </w:r>
    </w:p>
    <w:p>
      <w:r>
        <w:t>2.可以凭电子身份证报名吗？</w:t>
      </w:r>
    </w:p>
    <w:p>
      <w:r>
        <w:t>答：符合条件的有效期内的电子身份证可以作为报名凭证。如果需要上传电子身份证，请上传“粤省事”微信小程序上的证件完整截图（包含正反两面）。需补充提交居住证的，可上传电子居住证，请上传“粤居码”微信小程序上的证件完整截图（包含检验二维码，查询步骤及证件截图如下图）。如需上传其他渠道的证件截图，请提前与所报考区联系，否则无法受理。</w:t>
      </w:r>
    </w:p>
    <w:p>
      <w:r>
        <w:t>请注意：上述电子证件仅限于报名使用，考试当天必须携带实体证件验证入场。</w:t>
      </w:r>
    </w:p>
    <w:p>
      <w:r>
        <w:drawing>
          <wp:inline xmlns:a="http://schemas.openxmlformats.org/drawingml/2006/main" xmlns:pic="http://schemas.openxmlformats.org/drawingml/2006/picture">
            <wp:extent cx="6400800" cy="2703698"/>
            <wp:docPr id="1" name="Picture 1"/>
            <wp:cNvGraphicFramePr>
              <a:graphicFrameLocks noChangeAspect="1"/>
            </wp:cNvGraphicFramePr>
            <a:graphic>
              <a:graphicData uri="http://schemas.openxmlformats.org/drawingml/2006/picture">
                <pic:pic>
                  <pic:nvPicPr>
                    <pic:cNvPr id="0" name="29b8c1ba45f11bd77019b503.png"/>
                    <pic:cNvPicPr/>
                  </pic:nvPicPr>
                  <pic:blipFill>
                    <a:blip r:embed="rId11"/>
                    <a:stretch>
                      <a:fillRect/>
                    </a:stretch>
                  </pic:blipFill>
                  <pic:spPr>
                    <a:xfrm>
                      <a:off x="0" y="0"/>
                      <a:ext cx="6400800" cy="2703698"/>
                    </a:xfrm>
                    <a:prstGeom prst="rect"/>
                  </pic:spPr>
                </pic:pic>
              </a:graphicData>
            </a:graphic>
          </wp:inline>
        </w:drawing>
      </w:r>
    </w:p>
    <w:p>
      <w:r>
        <w:t>3.报名后姓名或身份证件号码发生变化，怎么办？</w:t>
      </w:r>
    </w:p>
    <w:p>
      <w:r>
        <w:t>答：往次考生可以在规定时间内向所报考区提出变更申请，并提供公安部门出具的个人信息变更证明材料，请考区招办根据规定逐级上报，最终以教育部教育考试院的更正结果为准。当次考试考生在报名后、考试前个人信息发生变更的，须及时向所报考区提出变更申请，并提供公安部门出具的个人信息变更证明材料，请考区协助更正。已取得面试合格成绩的考生，可按中国教师资格网（https://www.jszg.edu.cn/）-咨询服务——常见问题栏目下的教师资格考试信息问题指引办理。</w:t>
      </w:r>
    </w:p>
    <w:p>
      <w:r>
        <w:t>4.填写个人信息后提交不成功怎么办？</w:t>
      </w:r>
    </w:p>
    <w:p>
      <w:r>
        <w:t>答：教师资格考试是教育部教育考试院组织的全国统一考试，报名系统及服务器维护由教育部教育考试院安排部署，考试期间报名人数众多，可能会造成网络拥堵，建议考生错峰报考。</w:t>
      </w:r>
    </w:p>
    <w:p>
      <w:r>
        <w:t>5.提交报名信息后多久可以看到审核结果？</w:t>
      </w:r>
    </w:p>
    <w:p>
      <w:r>
        <w:t>答：我省是教师资格考试报考大省，考生人数众多，且报名高峰期集中在报名第一天，审核工作量庞大，审核结果将于报名第一天12:00起陆续呈现，请考生予以理解，耐心等待。</w:t>
      </w:r>
    </w:p>
    <w:p>
      <w:r>
        <w:t>6.填写报名信息后，提示身份证号已注册，怎么办？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7.审核不通过，提示相片不符合要求怎么办？</w:t>
      </w:r>
    </w:p>
    <w:p>
      <w:r>
        <w:t>答：因报名时需对上传相片进行拖曳裁剪，考生须保证拖曳裁剪后的相片清晰度和大小均符合要求，在此基础上须再次提交报名申请。</w:t>
      </w:r>
    </w:p>
    <w:p>
      <w:r>
        <w:t>8.户籍和居住证不在当地，可以选择当地的考区吗？</w:t>
      </w:r>
    </w:p>
    <w:p>
      <w:r>
        <w:t>答：非在校生报考我省教师资格考试，须根据实际情况选择户籍所在地市或居住证申领地市报考，各考区均不接受外市考生报考。</w:t>
      </w:r>
    </w:p>
    <w:p>
      <w:r>
        <w:t>9.提交报名信息后很久了还是“待审核”状态？</w:t>
      </w:r>
    </w:p>
    <w:p>
      <w: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规定时间内登录广东省中小学教师资格考试上传材料平台（https://www.eeagd.edu.cn/jszgsh，以下简称“上传平台”），上传相应户籍或居住证材料。如未接到短信且本人报名信息至报名结束次日12:00仍处于“待审核”状态，请直接登录上传平台，上传相应户籍或居住证材料，并等待审核结果。港澳台考生提交报名信息后，无须等待短信通知，自行于报名结束次日17:00前登录上传平台，上传相应港澳台有效证件，上传的有效证件须与报名登记的证件一致。</w:t>
      </w:r>
    </w:p>
    <w:p>
      <w:r>
        <w:t>10.按照短信要求上传证明材料了，人工审核也已经通过了，为什么报名系统还是显示审核不通过？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11.港澳台考生怎么报考？</w:t>
      </w:r>
    </w:p>
    <w:p>
      <w: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r>
        <w:t>12.深汕特别合作区考生该选择深圳还是选择汕尾报考？</w:t>
      </w:r>
    </w:p>
    <w:p>
      <w:r>
        <w:t>答：深汕特别合作区考生请根据居住证颁发地市选择拟报考区，如居住证由深圳市颁发，则选择深圳市所辖考区报考，如居住证由汕尾市颁发，则选择汕尾市所辖考区报考。</w:t>
      </w:r>
    </w:p>
    <w:p>
      <w:r>
        <w:t>13.补充上传材料后，审核不通过，还可以再次修改报名信息后再提交报名申请吗？</w:t>
      </w:r>
    </w:p>
    <w:p>
      <w:r>
        <w:t>答：请考生注意报名截止时间，截止时间前可以再次提交报名申请，逾期不可。</w:t>
      </w:r>
    </w:p>
    <w:p>
      <w:r>
        <w:t>14.审核通过后，发现个人信息有误怎么办？</w:t>
      </w:r>
    </w:p>
    <w:p>
      <w:r>
        <w:t>答：考生须对所填报的个人信息和报考信息准确性负责，报考信息一经审核确认，不得更改。如因系统原因造成相片丢失或错乱，可联系所报考区招生办公室，请求协助修改。</w:t>
      </w:r>
    </w:p>
    <w:p>
      <w:r>
        <w:t>15.广东省高校在校生，为什么审核不通过？</w:t>
      </w:r>
    </w:p>
    <w:p>
      <w: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r>
        <w:t>16.广东省内高校在校生报考该如何填报？有详细指引吗？</w:t>
      </w:r>
    </w:p>
    <w:p>
      <w:r>
        <w:t>答：请参考下表。</w:t>
      </w:r>
    </w:p>
    <w:p>
      <w:r>
        <w:t>广东省内高校在校生报考中小学教师资格考试填报指引</w:t>
      </w:r>
    </w:p>
    <w:p>
      <w:r>
        <w:drawing>
          <wp:inline xmlns:a="http://schemas.openxmlformats.org/drawingml/2006/main" xmlns:pic="http://schemas.openxmlformats.org/drawingml/2006/picture">
            <wp:extent cx="6261100" cy="6565900"/>
            <wp:docPr id="2" name="Picture 2"/>
            <wp:cNvGraphicFramePr>
              <a:graphicFrameLocks noChangeAspect="1"/>
            </wp:cNvGraphicFramePr>
            <a:graphic>
              <a:graphicData uri="http://schemas.openxmlformats.org/drawingml/2006/picture">
                <pic:pic>
                  <pic:nvPicPr>
                    <pic:cNvPr id="0" name="9e03158a770b7c3a0088624b.png"/>
                    <pic:cNvPicPr/>
                  </pic:nvPicPr>
                  <pic:blipFill>
                    <a:blip r:embed="rId12"/>
                    <a:stretch>
                      <a:fillRect/>
                    </a:stretch>
                  </pic:blipFill>
                  <pic:spPr>
                    <a:xfrm>
                      <a:off x="0" y="0"/>
                      <a:ext cx="6261100" cy="6565900"/>
                    </a:xfrm>
                    <a:prstGeom prst="rect"/>
                  </pic:spPr>
                </pic:pic>
              </a:graphicData>
            </a:graphic>
          </wp:inline>
        </w:drawing>
      </w:r>
    </w:p>
    <w:p>
      <w:r>
        <w:t>17.广东省内成人高等教育院校毕业学年的在校生，可以以“在校生”身份报名吗？</w:t>
      </w:r>
    </w:p>
    <w:p>
      <w:r>
        <w:t>答：不可以。根据我省教师资格考试“报考对象”规定，“广东省内普通高等学校”毕业学年在校生可报名参加我省教师资格考试。成人高等教育院校（例如开放大学、干部学院、成人院校、培训院校等）不属于普通高等学校，不符合此项规定。考生持有有效期内的广东省户籍或居住证，可按规定以非在校生身份报名参加我省教师资格考试。</w:t>
      </w:r>
    </w:p>
    <w:p>
      <w:r>
        <w:t>18.港澳台在校生可以报名吗？</w:t>
      </w:r>
    </w:p>
    <w:p>
      <w:r>
        <w:t>答：根据我省报名规定，符合年级规定的广东省高校在校生可以报考我省教师资格考试。港澳台高校不属于广东省，不符合在校生报名条件。如果考生持有指定的港澳台居民有效身份证件（包括港澳台居民居住证，或港澳居民来往内地通行证，及五年有效期台湾居民来往大陆通行证），或者持有有效期内的广东省户籍或居住证，可按规定以非在校生身份报名参加我省教师资格考试。</w:t>
      </w:r>
    </w:p>
    <w:p>
      <w:r>
        <w:t>19.收到短信提醒个人信息审核不通过，怎么回事？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P图过度，将会影响跟公安数据的查验效果，请不要上传过度P图的相片。</w:t>
      </w:r>
    </w:p>
    <w:p>
      <w:r>
        <w:t>20.提交报名申请后发现报错科目了，可以改吗？</w:t>
      </w:r>
    </w:p>
    <w:p>
      <w:r>
        <w:t>答：如果目前还是“待审核”状态，考生可自行登录报名系统取消报名，再重新选择科目并再次提交报名申请；如果目前已经审核通过，则不可再修改任何个人信息（包括科目）。</w:t>
      </w:r>
    </w:p>
    <w:p>
      <w:r>
        <w:t>21.规定的报名时间已结束，还可以补报名吗？</w:t>
      </w:r>
    </w:p>
    <w:p>
      <w:r>
        <w:t>答：不可以。中小学教师资格考试是教育部教育考试院部署实施的全国统一考试，报名时间由教育部教育考试院规定，由省教育考试院在当次考试通告中向考生发布。考生应在规定的时间内完成报名，逾期提交报名申请无效。</w:t>
      </w:r>
    </w:p>
    <w:p>
      <w:r>
        <w:t>22.考试发生违规作弊行为，有什么后果？</w:t>
      </w:r>
    </w:p>
    <w:p>
      <w:r>
        <w:t>答：根据教师资格考试相关规定，考生如有违纪、作弊等行为，将按照《国家教育考试违规处理办法》（教育部第33号令）等规定进行处理。有作弊情形的，依据《教师资格条例》的相关规定，3年内禁止参加教师资格考试。请考生务必诚信赴考。</w:t>
      </w:r>
    </w:p>
    <w:p>
      <w:r>
        <w:t>23.已关闭的不具备收发功能的电子设备，可以携带进入考场吗？</w:t>
      </w:r>
    </w:p>
    <w:p>
      <w:r>
        <w:t>答：不可以。根据《国家教育考试违规处理办法》（教育部第33号令）第五条：“有下列行为之一的，应当认定为考试违纪：（一）携带规定以外的物品进入考场或者未放在指定位置的。”考生携带任何形式的电子设备，务必存放在指定位置，不可带入考场。</w:t>
      </w:r>
    </w:p>
    <w:p>
      <w:r>
        <w:t>24.考试当天，有什么要注意的地方？</w:t>
      </w:r>
    </w:p>
    <w:p>
      <w:r>
        <w:t>答：考试当天，请考生注意以下几点：一是考生须持《准考证》和有效身份证件进入考场，确保“两证”齐全，信息一致。二是考生只能携带必要的文具进入考场，禁止在《准考证》上书写任何与考试有关的文字。应严格遵守考场纪律，听从监考现场老师及工作人员指挥，不影响考场秩序。诚信赴考，切勿发生违规作弊行为。</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885362.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