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你我共赴，同心护航高考——致全体市民的一份倡议书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2025-06-03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https://szeb.sz.gov.cn/szzkw/qt/tzgg/content/post_12207561.html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https://szeb.sz.gov.cn/szzkw/zkgg/gkxx/content/post_12206869.html</w:t>
        </w:r>
      </w:hyperlink>
    </w:p>
    <w:p/>
    <w:p>
      <w:r>
        <w:t>亲爱的市民朋友们：</w:t>
      </w:r>
    </w:p>
    <w:p>
      <w:r>
        <w:t>你们好！2025年高考即将拉开帷幕，6月7日至9日我市共有7.5万名考生怀揣着憧憬与希望奔赴考场，逐梦远航。为给考生们营造一个安静舒适、和谐有爱、诚信公平的考试环境，在此我们向全体市民诚挚倡议：</w:t>
      </w:r>
    </w:p>
    <w:p>
      <w:r>
        <w:t>一、“静”待高考，轻声护考。高考期间，请您主动参与“降声降噪”行动。请各考点周围的商场门店控制音量，降低噪声；请各建筑行业、工业企业错峰安排作业时间，减少噪音产生；请广场舞及体育锻炼团体等尽量降低文体活动音量；请社区居民在楼道轻步缓行、避免喧哗，共同为考生营造安静的考试和休息环境。</w:t>
      </w:r>
    </w:p>
    <w:p>
      <w:r>
        <w:t>二、绿色出行，文明陪考。高考期间，考点周边交通路段可能实行临时交通管制、禁止鸣笛，请您服从交警指挥，自觉遵守交通规则，主动让行送考车辆。请您绿色出行，尽量选择步行或公共交通等方式，为考生让行护航。特别提醒考生家长和市民，开考前不要在考点门口聚集，不要围堵校门及道路，畅通考生赴考的“绿色通道”。确需驾车的朋友们请适当调整出行时间和路段，尽量避开考点周边路段和考生开考离考时间。若考生赶赴考点时遇到困难，请您给予他们帮助和关爱。</w:t>
      </w:r>
    </w:p>
    <w:p>
      <w:r>
        <w:t>三、同心协力，暖心助考。按照有关规定，高考期间各考点将开启无线电信号屏蔽器，可能会给您的通信信号带来一定影响，待考试结束后，通信信号将恢复正常，请您理解包涵。请大家关注官方媒体发布的高考信息，不信谣、不传谣，不断章取义、片面解读，不随意发布或传播涉考文字、图片和视频，共同营造一个良好的考试环境。</w:t>
      </w:r>
    </w:p>
    <w:p>
      <w:r>
        <w:t>大鹏一日同风起，扶摇直上九万里。在此，预祝广大考生轻松应考、所愿皆得，金榜题名、前程似锦！同时，感谢广大市民朋友们的理解、支持和配合！</w:t>
      </w:r>
    </w:p>
    <w:p>
      <w:r>
        <w:t>深圳市招生考试办公室</w:t>
      </w:r>
    </w:p>
    <w:p>
      <w:r>
        <w:t>2025年6月3日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07561.html" TargetMode="External"/><Relationship Id="rId11" Type="http://schemas.openxmlformats.org/officeDocument/2006/relationships/hyperlink" Target="https://szeb.sz.gov.cn/szzkw/zkgg/gkxx/content/post_1220686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