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关于《广东省2025年普通高等学校招生专业目录》更正及增补的通知（二）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2025-06-27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https://eea.gd.gov.cn/ptgk/content/post_4738091.html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https://eea.gd.gov.cn/tzgg/content/post_4738138.html</w:t>
        </w:r>
      </w:hyperlink>
    </w:p>
    <w:p/>
    <w:p>
      <w:r>
        <w:t>各地级以上市招生办公室（考试中心、考试院），各有关高等学校：</w:t>
      </w:r>
    </w:p>
    <w:p>
      <w:r>
        <w:t>应中国人民大学、华东交通大学、广州大学、惠州学院的要求，现对《广东省2025年普通高等学校招生专业目录》部分内容作如下增补及更正，请及时转发各中学并告知学生。</w:t>
      </w:r>
    </w:p>
    <w:p>
      <w:r>
        <w:t>附件：《广东省2025年普通高等学校招生专业目录》增补及更正表（二）</w:t>
      </w:r>
    </w:p>
    <w:p>
      <w:r>
        <w:t>广东省招生委员会办公室</w:t>
      </w:r>
    </w:p>
    <w:p>
      <w:r>
        <w:t>2025年6月27日</w:t>
      </w:r>
    </w:p>
    <w:p>
      <w:r>
        <w:drawing>
          <wp:inline xmlns:a="http://schemas.openxmlformats.org/drawingml/2006/main" xmlns:pic="http://schemas.openxmlformats.org/drawingml/2006/picture">
            <wp:extent cx="6400799" cy="810687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e2bb0c5b8082d5b877c4b9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81068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799" cy="798587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ff0ff2d776a02ad5ad264a7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79858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799" cy="548524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ae49e261e3ab76792434e97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48524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738091.html" TargetMode="External"/><Relationship Id="rId11" Type="http://schemas.openxmlformats.org/officeDocument/2006/relationships/hyperlink" Target="https://eea.gd.gov.cn/tzgg/content/post_4738138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