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关于发放2018年4月自学考试准考证的通知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2018-04-08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https://szeb.sz.gov.cn/szzkw/zkgg/zkxx1/content/post_8949736.html</w:t>
        </w:r>
      </w:hyperlink>
    </w:p>
    <w:p/>
    <w:p>
      <w:r>
        <w:t>各有关考生：</w:t>
      </w:r>
    </w:p>
    <w:p>
      <w:r>
        <w:t>根据省教育考试院工作安排，2018年4月自学考试准考证已下发至我办。我市有24785名新生获得自考准考证，477名老生申请补换准考证。现将本次领取自考准考证有关事项安排通知如下：</w:t>
      </w:r>
    </w:p>
    <w:p>
      <w:r>
        <w:t>一、领证时间</w:t>
      </w:r>
    </w:p>
    <w:p>
      <w:r>
        <w:t>4月9日至13日（星期一至星期五），上午9:00-12:00，下午2:00-6:00。</w:t>
      </w:r>
    </w:p>
    <w:p>
      <w:r>
        <w:t>二、领证地址</w:t>
      </w:r>
    </w:p>
    <w:p>
      <w:r>
        <w:t>社会考生回原报名报考点领取准考证（含补换的）；在助学单位接受培训并在助学单位摄像的学员（含补换的），准考证由助学单位集中发放，请考生直接与所在助学单位联系。</w:t>
      </w:r>
    </w:p>
    <w:p>
      <w:r>
        <w:t>2018年4月自学考试报名报考点一览表</w:t>
      </w:r>
    </w:p>
    <w:p>
      <w:r>
        <w:drawing>
          <wp:inline xmlns:a="http://schemas.openxmlformats.org/drawingml/2006/main" xmlns:pic="http://schemas.openxmlformats.org/drawingml/2006/picture">
            <wp:extent cx="6400800" cy="174922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dedc04fc2dbef786f9d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7492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三、注意事项</w:t>
      </w:r>
    </w:p>
    <w:p>
      <w:r>
        <w:t>根据《广东省高等教育自学考试考场规则》，考生凭准考证、身份证方能入场参加考试。请我市广大自考考生按时领取本次自考准考证，逾期不再发放。</w:t>
      </w:r>
    </w:p>
    <w:p>
      <w:r>
        <w:t>深圳市招生考试办公室</w:t>
      </w:r>
    </w:p>
    <w:p>
      <w:r>
        <w:t>2018年4月8日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8949736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