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教育考试试卷运送保障服务招标公告</w:t>
      </w:r>
    </w:p>
    <w:p>
      <w:r>
        <w:rPr>
          <w:sz w:val="18"/>
        </w:rPr>
        <w:t>整理归属  深圳市招生考试办公室</w:t>
      </w:r>
    </w:p>
    <w:p>
      <w:r>
        <w:rPr>
          <w:sz w:val="18"/>
        </w:rPr>
        <w:t>发布日期  2025-11-27</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https://szeb.sz.gov.cn/szzkw/qtxx/content/post_12519601.html</w:t>
        </w:r>
      </w:hyperlink>
    </w:p>
    <w:p/>
    <w:p>
      <w:r>
        <w:t>项目概况</w:t>
      </w:r>
    </w:p>
    <w:p>
      <w:r>
        <w:t>（教育考试试卷运送保障服务）招标项目的潜在投标人应在深圳市南山区西丽街道丽湖路4225号丽湖园1栋102获取招标文件，并于2025年12月08日09点30分（北京时间）前递交投标文件。</w:t>
      </w:r>
    </w:p>
    <w:p>
      <w:r>
        <w:t>一、项目基本情况</w:t>
      </w:r>
    </w:p>
    <w:p>
      <w:r>
        <w:t>1.项目编号：ZHZB2025-11P03</w:t>
      </w:r>
    </w:p>
    <w:p>
      <w:r>
        <w:t>2.项目名称：教育考试试卷运送保障服务</w:t>
      </w:r>
    </w:p>
    <w:p>
      <w:r>
        <w:t>3.预算金额：人民币95万元</w:t>
      </w:r>
    </w:p>
    <w:p>
      <w:r>
        <w:t>4.最高限价：人民币95万元</w:t>
      </w:r>
    </w:p>
    <w:p>
      <w:r>
        <w:t>5.采购需求：具体内容详见《招标文件》。</w:t>
      </w:r>
    </w:p>
    <w:p>
      <w:r>
        <w:t>6.商务、服务要求等关键信息：具体内容详见《招标文件》。</w:t>
      </w:r>
    </w:p>
    <w:p>
      <w:r>
        <w:t>7.合同履行期限：详见《招标文件》。</w:t>
      </w:r>
    </w:p>
    <w:p>
      <w:r>
        <w:t>8.本项目不接受联合体投标。</w:t>
      </w:r>
    </w:p>
    <w:p>
      <w:r>
        <w:t>二、申请人的资格要求</w:t>
      </w:r>
    </w:p>
    <w:p>
      <w:r>
        <w:t>1.满足《中华人民共和国政府采购法》第二十二条规定（由供应商在《政府采购投标及履约承诺函》中作出声明）；</w:t>
      </w:r>
    </w:p>
    <w:p>
      <w:r>
        <w:t>2.具有独立法人资格或具有独立承担民事责任的能力的其它组织（提供营业执照或事业单位法人证等法人证明复印件加盖投标人公章，原件备查）；</w:t>
      </w:r>
    </w:p>
    <w:p>
      <w:r>
        <w:t>3.供应商未被列入失信被执行人、重大税收违法案件当事人名单、政府采购严重违法失信行为记录名单（以投标截至评审结束期间通过“信用中国”网站、中国政府采购网查询为准）；</w:t>
      </w:r>
    </w:p>
    <w:p>
      <w:r>
        <w:t>4.参与本项目投标近三年内（即至少从2022年11月01日开始起算，供应商成立不足三年的可从成立之日起算），在经营活动中没有重大违法记录以及不存在被有关部门禁止参与政府采购活动且在有效期内的情况（由供应商在《政府采购投标及履约承诺函》中作出声明）；</w:t>
      </w:r>
    </w:p>
    <w:p>
      <w:r>
        <w:t>5.供应商不存在《深圳市财政局政府采购供应商信用信息管理办法》（深财规〔2023〕3号）列明的严重违法失信行为（由供应商在《政府采购投标及履约承诺函》中作出声明）；</w:t>
      </w:r>
    </w:p>
    <w:p>
      <w:r>
        <w:t>6.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r>
        <w:t>7.本项目不接受联合体投标；不允许分包、转包（由供应商在《政府采购投标及履约承诺函》中作出声明）。</w:t>
      </w:r>
    </w:p>
    <w:p>
      <w:r>
        <w:t>8.落实政府采购政策需满足的资格要求：无。</w:t>
      </w:r>
    </w:p>
    <w:p>
      <w:r>
        <w:t>9.本项目的特定资格要求：无。</w:t>
      </w:r>
    </w:p>
    <w:p>
      <w:r>
        <w:t>10.本项目是否专门面向中小企业采购：否。</w:t>
      </w:r>
    </w:p>
    <w:p>
      <w:r>
        <w:t>三、获取招标文件</w:t>
      </w:r>
    </w:p>
    <w:p>
      <w:r>
        <w:t>1.时间：2025年11月28日至2025年12月04日，09：00至11：30，14：00至17：00（北京时间，法定节假日除外）</w:t>
      </w:r>
    </w:p>
    <w:p>
      <w:r>
        <w:t>2.地点：深圳市南山区西丽街道丽湖路4225号丽湖园1栋102</w:t>
      </w:r>
    </w:p>
    <w:p>
      <w:r>
        <w:t>3.方式：现场报名或网上报名</w:t>
      </w:r>
    </w:p>
    <w:p>
      <w:r>
        <w:t>3.1.现场报名，供应商代表需现场提供以下资料：</w:t>
      </w:r>
    </w:p>
    <w:p>
      <w:r>
        <w:t>（1）《投标报名登记表》，供应商登录http://www.zhzbsz.cn/【资料下载】栏目可下载；</w:t>
      </w:r>
    </w:p>
    <w:p>
      <w:r>
        <w:t>（2）营业执照、法定代表人证明书及授权委托书，附上法定代表人身份证复印件及授权代表身份证复印件；</w:t>
      </w:r>
    </w:p>
    <w:p>
      <w:r>
        <w:t>注：以上资料均需加盖公章。</w:t>
      </w:r>
    </w:p>
    <w:p>
      <w:r>
        <w:t>3.2.网上投标报名：发送报名资料至我司邮箱进行报名登记及获取招标文件，邮箱地址：zhzbsz@zhzbsz.com。报名邮件需提供以下资料：</w:t>
      </w:r>
    </w:p>
    <w:p>
      <w:r>
        <w:t>（1）《投标报名登记表》，供应商登录http://www.zhzbsz.cn/【资料下载】栏目可下载；</w:t>
      </w:r>
    </w:p>
    <w:p>
      <w:r>
        <w:t>（2）营业执照、法定代表人证明书及授权委托书，附上法定代表人身份证复印件及授权代表身份证复印件；</w:t>
      </w:r>
    </w:p>
    <w:p>
      <w:r>
        <w:t>（3）购买标书费用汇款凭证。（通过以下账户对公转账。）</w:t>
      </w:r>
    </w:p>
    <w:p>
      <w:r>
        <w:t>注：以上资料均需加盖公章。</w:t>
      </w:r>
    </w:p>
    <w:p>
      <w:r>
        <w:t>报名时间以邮件收到时间为准，工作人员将在第二个工作日与报名资料完整的投标人联系。</w:t>
      </w:r>
    </w:p>
    <w:p>
      <w:r>
        <w:t>3.3.标书发售联系人及联系方式：陈工，0755-86562946</w:t>
      </w:r>
    </w:p>
    <w:p>
      <w:r>
        <w:t>3.4.售价：600.00元，售后不退。</w:t>
      </w:r>
    </w:p>
    <w:p>
      <w:r>
        <w:t>3.5.已成功购买招标文件的投标人参加投标的，不代表通过资格性审查。</w:t>
      </w:r>
    </w:p>
    <w:p>
      <w:r>
        <w:t>3.6.开户行名称及账号</w:t>
      </w:r>
    </w:p>
    <w:p>
      <w:r>
        <w:t>开户行：中国工商银行股份有限公司深圳华侨城支行</w:t>
      </w:r>
    </w:p>
    <w:p>
      <w:r>
        <w:t>账户名称：正浩招标（深圳）有限公司</w:t>
      </w:r>
    </w:p>
    <w:p>
      <w:r>
        <w:t>账号：4000 0232 0920 0292 679</w:t>
      </w:r>
    </w:p>
    <w:p>
      <w:r>
        <w:t>四、提交投标文件截止时间、开标时间和地点</w:t>
      </w:r>
    </w:p>
    <w:p>
      <w:r>
        <w:t>开标时间：2025年12月08日09点30分（北京时间）</w:t>
      </w:r>
    </w:p>
    <w:p>
      <w:r>
        <w:t>开标地点：深圳市南山区西丽街道丽湖路4225号丽湖园1栋102开标室</w:t>
      </w:r>
    </w:p>
    <w:p>
      <w:r>
        <w:t>五、公告期限</w:t>
      </w:r>
    </w:p>
    <w:p>
      <w:r>
        <w:t>自本公告发布之日起5个工作日。</w:t>
      </w:r>
    </w:p>
    <w:p>
      <w:r>
        <w:t>六、其他补充事宜</w:t>
      </w:r>
    </w:p>
    <w:p>
      <w:r>
        <w:t>公示网站</w:t>
      </w:r>
    </w:p>
    <w:p>
      <w:r>
        <w:t>正浩招标（深圳）有限公司网：www.zhzbsz.cn</w:t>
      </w:r>
    </w:p>
    <w:p>
      <w:r>
        <w:t>七、对本次招标提出询问，请按以下方式联系</w:t>
      </w:r>
    </w:p>
    <w:p>
      <w:r>
        <w:t>1.采购人信息</w:t>
      </w:r>
    </w:p>
    <w:p>
      <w:r>
        <w:t>名　称：深圳市招生考试办公室</w:t>
      </w:r>
    </w:p>
    <w:p>
      <w:r>
        <w:t>地　址：深圳市罗湖区泥岗西路1068号</w:t>
      </w:r>
    </w:p>
    <w:p>
      <w:r>
        <w:t>联系方式：陈老师、0755-82176753</w:t>
      </w:r>
    </w:p>
    <w:p>
      <w:r>
        <w:t>2.采购代理机构信息</w:t>
      </w:r>
    </w:p>
    <w:p>
      <w:r>
        <w:t>名　称：正浩招标（深圳）有限公司</w:t>
      </w:r>
    </w:p>
    <w:p>
      <w:r>
        <w:t>地　址：深圳市南山区西丽街道丽湖路4225号丽湖园1栋102</w:t>
      </w:r>
    </w:p>
    <w:p>
      <w:r>
        <w:t>联系方式：0755-86562946</w:t>
      </w:r>
    </w:p>
    <w:p>
      <w:r>
        <w:t>3.项目联系方式</w:t>
      </w:r>
    </w:p>
    <w:p>
      <w:r>
        <w:t>项目联系人：陈工</w:t>
      </w:r>
    </w:p>
    <w:p>
      <w:r>
        <w:t>电　话：0755-86562946</w:t>
      </w:r>
    </w:p>
    <w:p>
      <w:r>
        <w:t>正浩招标（深圳）有限公司</w:t>
      </w:r>
    </w:p>
    <w:p>
      <w:r>
        <w:t>2025年11月27日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125196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