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2a24b2760fd93d54751449559dee8da85497ff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2a24b2760fd93d54751449559dee8da85497ff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