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关于2020年下半年教师资格考试考前防疫工作的温馨提示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2020-10-13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https://szeb.sz.gov.cn/szzkw/zkgg/skxx/content/post_8946805.html</w:t>
        </w:r>
      </w:hyperlink>
    </w:p>
    <w:p/>
    <w:p>
      <w:r>
        <w:t>各位2020年下半年中小学教师资格考试笔试考生：</w:t>
      </w:r>
    </w:p>
    <w:p>
      <w:r>
        <w:t>根据《教育部办公厅 国家卫生健康委办公厅关于印发&lt;新冠肺炎疫情防控常态化下国家教育考试组考防疫工作指导意见&gt;的通知》（教学厅〔2020〕8号）、《关于做好我省2020年下半年全国中小学教师资格考试笔试考务工作的通知》（粤考院函〔2020〕113号），所有考生须注册“粤康码”。如考生属于正处于隔离医学观察治疗、集中隔离观察期的确诊病例、疑似病例、复检阳性人员、无症状感染者以及无“粤康码”绿码者，不得参加考试。请各位考生于10月17日前注册“粤康码”。考试当天，进入考点的所有考生须出示“粤康码”并进行体温检测，体温低于37.3C方可进入。身体状况异常的考生，须听从医疗卫生专业人员及考试工作人员指挥，不具备参加考试条件的，不可参加考试。因考生人数众多，请各位考生提前到达考点，以保证按时进入考场。</w:t>
      </w:r>
    </w:p>
    <w:p>
      <w:r>
        <w:t>（内容来源：广东省教育考试院）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894680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