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关于公布2025年1月广东省高等教育自学考试开考课程考试时间安排和使用教材的通知</w:t>
      </w:r>
    </w:p>
    <w:p>
      <w:r>
        <w:rPr>
          <w:sz w:val="18"/>
        </w:rPr>
        <w:t>整理归属  广东省教育考试院</w:t>
      </w:r>
    </w:p>
    <w:p>
      <w:r>
        <w:rPr>
          <w:sz w:val="18"/>
        </w:rPr>
        <w:t>发布日期  2024-09-18</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https://eea.gd.gov.cn/tzgg/content/post_4496311.html</w:t>
        </w:r>
      </w:hyperlink>
    </w:p>
    <w:p>
      <w:r>
        <w:t xml:space="preserve">同文来源  </w:t>
      </w:r>
      <w:hyperlink r:id="rId11">
        <w:r>
          <w:rPr>
            <w:color w:val="18548A"/>
          </w:rPr>
          <w:t>https://eea.gd.gov.cn/zxks/content/post_4496049.html</w:t>
        </w:r>
      </w:hyperlink>
    </w:p>
    <w:p/>
    <w:p>
      <w:r>
        <w:t>各地级以上市自学考试办公室，主考学校：</w:t>
      </w:r>
    </w:p>
    <w:p>
      <w:r>
        <w:t>现将2025年1月我省高等教育自学考试开考课程考试时间安排和使用教材公布如下，请提前做好相关工作。2025年4月、10月高等教育自学考试开考课程另文公布。</w:t>
      </w:r>
    </w:p>
    <w:p>
      <w:r>
        <w:t>一、考试时间及课程安排</w:t>
      </w:r>
    </w:p>
    <w:p>
      <w:r>
        <w:t>（一）考试时间：2025年1月11日、12日。</w:t>
      </w:r>
    </w:p>
    <w:p>
      <w:r>
        <w:t>（二）各专业开考课程具体时间安排详见附件1。</w:t>
      </w:r>
    </w:p>
    <w:p>
      <w:r>
        <w:t>二、教材及有关情况</w:t>
      </w:r>
    </w:p>
    <w:p>
      <w:r>
        <w:t>（一）各门开考课程使用教材详见附件2。</w:t>
      </w:r>
    </w:p>
    <w:p>
      <w:r>
        <w:t>（二）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法规为准。如涉及到大纲、教材的调整变化，相关情况将另行通知。</w:t>
      </w:r>
    </w:p>
    <w:p>
      <w:r>
        <w:t>三、其他事项</w:t>
      </w:r>
    </w:p>
    <w:p>
      <w:r>
        <w:t>（一）监所管理（专业代码：330101K）为委托开考专业，仅接受通过广东省司法厅（或其委托部门、单位）资格审核的限定对象报考，考生不按要求报考的，责任自负。</w:t>
      </w:r>
    </w:p>
    <w:p>
      <w:r>
        <w:t>（二）护理学（专业代码：101101）专业，新生报名、报考要求按粤考委〔2023〕5号文规定执行。</w:t>
      </w:r>
    </w:p>
    <w:p>
      <w:r>
        <w:t>（三）请各地市自考办、主考学校做好相关工作。</w:t>
      </w:r>
    </w:p>
    <w:p>
      <w:r>
        <w:t>附件：</w:t>
      </w:r>
    </w:p>
    <w:p>
      <w:r>
        <w:t>1.2025年1月广东省高等教育自学考试开考课程考试时间安排表（一）（二）</w:t>
      </w:r>
    </w:p>
    <w:p>
      <w:r>
        <w:t>2.2025年1月广东省高等教育自学考试开考课程使用教材表</w:t>
      </w:r>
    </w:p>
    <w:p>
      <w:r>
        <w:t>广东省自学考试委员会办公室</w:t>
      </w:r>
    </w:p>
    <w:p>
      <w:r>
        <w:t>2024年9月14日</w:t>
      </w:r>
    </w:p>
    <w:p>
      <w:r>
        <w:t>查看附件</w:t>
      </w:r>
    </w:p>
    <w:p>
      <w:pPr>
        <w:pStyle w:val="Heading1"/>
      </w:pPr>
      <w:r>
        <w:t>附件及下载链接</w:t>
      </w:r>
    </w:p>
    <w:p>
      <w:hyperlink r:id="rId12">
        <w:r>
          <w:rPr>
            <w:color w:val="18548A"/>
          </w:rPr>
          <w:t>查看附件</w:t>
        </w:r>
      </w:hyperlink>
    </w:p>
    <w:p>
      <w:r>
        <w:rPr>
          <w:sz w:val="16"/>
        </w:rPr>
        <w:t>https://eea.gd.gov.cn/attachment/0/560/560299/4496311.pdf</w:t>
      </w:r>
    </w:p>
    <w:p>
      <w:pPr>
        <w:pStyle w:val="Heading1"/>
      </w:pPr>
      <w:r>
        <w:t>正文相关链接</w:t>
      </w:r>
    </w:p>
    <w:p>
      <w:hyperlink r:id="rId13">
        <w:r>
          <w:rPr>
            <w:color w:val="18548A"/>
          </w:rPr>
          <w:t>查看附件</w:t>
        </w:r>
      </w:hyperlink>
    </w:p>
    <w:p>
      <w:r>
        <w:t>https://eea.gd.gov.cn/attachment/0/560/560299/4496049.pdf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496311.html" TargetMode="External"/><Relationship Id="rId11" Type="http://schemas.openxmlformats.org/officeDocument/2006/relationships/hyperlink" Target="https://eea.gd.gov.cn/zxks/content/post_4496049.html" TargetMode="External"/><Relationship Id="rId12" Type="http://schemas.openxmlformats.org/officeDocument/2006/relationships/hyperlink" Target="https://eea.gd.gov.cn/attachment/0/560/560299/4496311.pdf" TargetMode="External"/><Relationship Id="rId13" Type="http://schemas.openxmlformats.org/officeDocument/2006/relationships/hyperlink" Target="https://eea.gd.gov.cn/attachment/0/560/560299/44960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