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33edbf5134d0098585b0e13ed2bf1a95bd6f9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33edbf5134d0098585b0e13ed2bf1a95bd6f9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