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广东省2021年成人高考考前紧急提醒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2021-10-22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https://eea.gd.gov.cn/tzgg/content/post_3583639.html</w:t>
        </w:r>
      </w:hyperlink>
    </w:p>
    <w:p/>
    <w:p>
      <w:r>
        <w:t>2021年成人高考将于10月23日、24日举行。本次考试要求全体考生和考务工作人员提供考前48小时内（截至第一场考试入场时间）核酸检测阴性证明。</w:t>
      </w:r>
    </w:p>
    <w:p>
      <w:r>
        <w:t>请尚未完成核酸检测的考生，抓紧时间就近进行核酸检测，以免耽误明天的考试。</w:t>
      </w:r>
    </w:p>
    <w:p>
      <w:r>
        <w:t>广东省教育考试院</w:t>
      </w:r>
    </w:p>
    <w:p>
      <w:r>
        <w:t>2021年10月22日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5836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