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2025年普通高校招生系列问答——录取批次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2025-06-27</w:t>
      </w:r>
    </w:p>
    <w:p>
      <w:r>
        <w:rPr>
          <w:sz w:val="18"/>
        </w:rPr>
        <w:t>来源  触电新闻</w:t>
      </w:r>
    </w:p>
    <w:p>
      <w:r>
        <w:rPr>
          <w:sz w:val="18"/>
        </w:rPr>
        <w:t>栏目  新高考改革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https://eea.gd.gov.cn/index/xgkgg/content/post_4735163.html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https://eea.gd.gov.cn/zcjd/content/post_4735064.html</w:t>
        </w:r>
      </w:hyperlink>
    </w:p>
    <w:p>
      <w:r>
        <w:t>原文含视频。Word和PDF保留静态正文及视频观看链接，未把视频转录成文字。</w:t>
      </w:r>
    </w:p>
    <w:p/>
    <w:p>
      <w:r>
        <w:t>普通批次有哪些院校?</w:t>
      </w:r>
    </w:p>
    <w:p>
      <w:r>
        <w:t>填志愿出现这些情况会被退档！</w:t>
      </w:r>
    </w:p>
    <w:p>
      <w:r>
        <w:t>平行志愿投档的排序要记好！先比总分，再比语数！</w:t>
      </w:r>
    </w:p>
    <w:p>
      <w:r>
        <w:t>各批次如何投档?</w:t>
      </w:r>
    </w:p>
    <w:p>
      <w:r>
        <w:t>提前批录取按这个顺序来!</w:t>
      </w:r>
    </w:p>
    <w:p>
      <w:r>
        <w:t>提前批次有哪些类型院校?</w:t>
      </w:r>
    </w:p>
    <w:p>
      <w:r>
        <w:t>高考服从调剂的范围是什么?</w:t>
      </w:r>
    </w:p>
    <w:p>
      <w:r>
        <w:t>相关文件：广东省招生委员会办公室关于做好2025年普通高校招生志愿填报工作的通知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广东省招生委员会办公室关于做好2025年普通高校招生志愿填报工作的通知</w:t>
        </w:r>
      </w:hyperlink>
    </w:p>
    <w:p>
      <w:r>
        <w:t>https://eea.gd.gov.cn/ptgk/content/post_4733382.html</w:t>
      </w:r>
    </w:p>
    <w:p>
      <w:hyperlink r:id="rId13">
        <w:r>
          <w:rPr>
            <w:color w:val="18548A"/>
          </w:rPr>
          <w:t>视频 1 LD 观看链接</w:t>
        </w:r>
      </w:hyperlink>
    </w:p>
    <w:p>
      <w:r>
        <w:t>https://gdvideo.southcn.com/d0516717533371f0864c5017f1e80102/ec22557c4c674534b97e5d55f54d3d89-0d5923f685a653e5e5df74e3854ce4d2-ld.mp4</w:t>
      </w:r>
    </w:p>
    <w:p>
      <w:hyperlink r:id="rId14">
        <w:r>
          <w:rPr>
            <w:color w:val="18548A"/>
          </w:rPr>
          <w:t>视频 1 SD 观看链接</w:t>
        </w:r>
      </w:hyperlink>
    </w:p>
    <w:p>
      <w:r>
        <w:t>https://gdvideo.southcn.com/d0516717533371f0864c5017f1e80102/ec22557c4c674534b97e5d55f54d3d89-e809ffe2c982e7f6c7ba36f2eb76a706-sd.mp4</w:t>
      </w:r>
    </w:p>
    <w:p>
      <w:hyperlink r:id="rId15">
        <w:r>
          <w:rPr>
            <w:color w:val="18548A"/>
          </w:rPr>
          <w:t>视频 2 LD 观看链接</w:t>
        </w:r>
      </w:hyperlink>
    </w:p>
    <w:p>
      <w:r>
        <w:t>https://gdvideo.southcn.com/f0e3de24533371f0bfeb5017f1f80102/d42d85d955fb4e8fb84da24e50a7bfa3-760e7e34a6c4b5183c5cf832eab18169-ld.mp4</w:t>
      </w:r>
    </w:p>
    <w:p>
      <w:hyperlink r:id="rId16">
        <w:r>
          <w:rPr>
            <w:color w:val="18548A"/>
          </w:rPr>
          <w:t>视频 2 SD 观看链接</w:t>
        </w:r>
      </w:hyperlink>
    </w:p>
    <w:p>
      <w:r>
        <w:t>https://gdvideo.southcn.com/f0e3de24533371f0bfeb5017f1f80102/d42d85d955fb4e8fb84da24e50a7bfa3-ce97a04e200bb8f67deb19ccae3d0608-sd.mp4</w:t>
      </w:r>
    </w:p>
    <w:p>
      <w:hyperlink r:id="rId17">
        <w:r>
          <w:rPr>
            <w:color w:val="18548A"/>
          </w:rPr>
          <w:t>视频 3 LD 观看链接</w:t>
        </w:r>
      </w:hyperlink>
    </w:p>
    <w:p>
      <w:r>
        <w:t>https://gdvideo.southcn.com/106ffb2f533371f08d606723b78e0102/c15c435600b745b38e1d67494541013d-ea30aeeaec7fd466ccaafe13b6da6a22-ld.mp4</w:t>
      </w:r>
    </w:p>
    <w:p>
      <w:hyperlink r:id="rId18">
        <w:r>
          <w:rPr>
            <w:color w:val="18548A"/>
          </w:rPr>
          <w:t>视频 3 SD 观看链接</w:t>
        </w:r>
      </w:hyperlink>
    </w:p>
    <w:p>
      <w:r>
        <w:t>https://gdvideo.southcn.com/106ffb2f533371f08d606723b78e0102/c15c435600b745b38e1d67494541013d-f507d045654b2cccdd628e4febd7d973-sd.mp4</w:t>
      </w:r>
    </w:p>
    <w:p>
      <w:hyperlink r:id="rId19">
        <w:r>
          <w:rPr>
            <w:color w:val="18548A"/>
          </w:rPr>
          <w:t>视频 4 LD 观看链接</w:t>
        </w:r>
      </w:hyperlink>
    </w:p>
    <w:p>
      <w:r>
        <w:t>https://gdvideo.southcn.com/a0fa8f39533371f080085420848d0102/959035d24c4b437a8998536a45ff01ba-92cc8bbc0392d59685961fa2934daf18-ld.mp4</w:t>
      </w:r>
    </w:p>
    <w:p>
      <w:hyperlink r:id="rId20">
        <w:r>
          <w:rPr>
            <w:color w:val="18548A"/>
          </w:rPr>
          <w:t>视频 4 SD 观看链接</w:t>
        </w:r>
      </w:hyperlink>
    </w:p>
    <w:p>
      <w:r>
        <w:t>https://gdvideo.southcn.com/a0fa8f39533371f080085420848d0102/959035d24c4b437a8998536a45ff01ba-ec058199d99747c5c9a29488897e2643-sd.mp4</w:t>
      </w:r>
    </w:p>
    <w:p>
      <w:hyperlink r:id="rId21">
        <w:r>
          <w:rPr>
            <w:color w:val="18548A"/>
          </w:rPr>
          <w:t>视频 5 LD 观看链接</w:t>
        </w:r>
      </w:hyperlink>
    </w:p>
    <w:p>
      <w:r>
        <w:t>https://gdvideo.southcn.com/4044c14b533371f0ae325017f0f80102/1ead2a26be6e462ab9b9b306ef867f96-5da45ec111b5354fa2946c97334d85b0-ld.mp4</w:t>
      </w:r>
    </w:p>
    <w:p>
      <w:hyperlink r:id="rId22">
        <w:r>
          <w:rPr>
            <w:color w:val="18548A"/>
          </w:rPr>
          <w:t>视频 5 SD 观看链接</w:t>
        </w:r>
      </w:hyperlink>
    </w:p>
    <w:p>
      <w:r>
        <w:t>https://gdvideo.southcn.com/4044c14b533371f0ae325017f0f80102/1ead2a26be6e462ab9b9b306ef867f96-a0700f8d4b8d424a40a91a747fc087ee-sd.mp4</w:t>
      </w:r>
    </w:p>
    <w:p>
      <w:hyperlink r:id="rId23">
        <w:r>
          <w:rPr>
            <w:color w:val="18548A"/>
          </w:rPr>
          <w:t>视频 6 LD 观看链接</w:t>
        </w:r>
      </w:hyperlink>
    </w:p>
    <w:p>
      <w:r>
        <w:t>https://gdvideo.southcn.com/f094335b533371f0a1926732b78e0102/5672415ff8504401b9a461a4c0311975-2ae6041dfbcdf28aa7da90faff30c733-ld.mp4</w:t>
      </w:r>
    </w:p>
    <w:p>
      <w:hyperlink r:id="rId24">
        <w:r>
          <w:rPr>
            <w:color w:val="18548A"/>
          </w:rPr>
          <w:t>视频 6 SD 观看链接</w:t>
        </w:r>
      </w:hyperlink>
    </w:p>
    <w:p>
      <w:r>
        <w:t>https://gdvideo.southcn.com/f094335b533371f0a1926732b78e0102/5672415ff8504401b9a461a4c0311975-3782b6ac3850e4501562fc0fce8e78e4-sd.mp4</w:t>
      </w:r>
    </w:p>
    <w:p>
      <w:hyperlink r:id="rId25">
        <w:r>
          <w:rPr>
            <w:color w:val="18548A"/>
          </w:rPr>
          <w:t>视频 7 LD 观看链接</w:t>
        </w:r>
      </w:hyperlink>
    </w:p>
    <w:p>
      <w:r>
        <w:t>https://gdvideo.southcn.com/705a248e533371f0bfd25017e1f90102/93be8b91315e45cd9f2bad3b9eccf5e0-153e3fa42475b904764e13f14e915a24-ld.mp4</w:t>
      </w:r>
    </w:p>
    <w:p>
      <w:hyperlink r:id="rId26">
        <w:r>
          <w:rPr>
            <w:color w:val="18548A"/>
          </w:rPr>
          <w:t>视频 7 SD 观看链接</w:t>
        </w:r>
      </w:hyperlink>
    </w:p>
    <w:p>
      <w:r>
        <w:t>https://gdvideo.southcn.com/705a248e533371f0bfd25017e1f90102/93be8b91315e45cd9f2bad3b9eccf5e0-a87250739713331a085ba22acd7dfe69-sd.mp4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index/xgkgg/content/post_4735163.html" TargetMode="External"/><Relationship Id="rId11" Type="http://schemas.openxmlformats.org/officeDocument/2006/relationships/hyperlink" Target="https://eea.gd.gov.cn/zcjd/content/post_4735064.html" TargetMode="External"/><Relationship Id="rId12" Type="http://schemas.openxmlformats.org/officeDocument/2006/relationships/hyperlink" Target="https://eea.gd.gov.cn/ptgk/content/post_4733382.html" TargetMode="External"/><Relationship Id="rId13" Type="http://schemas.openxmlformats.org/officeDocument/2006/relationships/hyperlink" Target="https://gdvideo.southcn.com/d0516717533371f0864c5017f1e80102/ec22557c4c674534b97e5d55f54d3d89-0d5923f685a653e5e5df74e3854ce4d2-ld.mp4" TargetMode="External"/><Relationship Id="rId14" Type="http://schemas.openxmlformats.org/officeDocument/2006/relationships/hyperlink" Target="https://gdvideo.southcn.com/d0516717533371f0864c5017f1e80102/ec22557c4c674534b97e5d55f54d3d89-e809ffe2c982e7f6c7ba36f2eb76a706-sd.mp4" TargetMode="External"/><Relationship Id="rId15" Type="http://schemas.openxmlformats.org/officeDocument/2006/relationships/hyperlink" Target="https://gdvideo.southcn.com/f0e3de24533371f0bfeb5017f1f80102/d42d85d955fb4e8fb84da24e50a7bfa3-760e7e34a6c4b5183c5cf832eab18169-ld.mp4" TargetMode="External"/><Relationship Id="rId16" Type="http://schemas.openxmlformats.org/officeDocument/2006/relationships/hyperlink" Target="https://gdvideo.southcn.com/f0e3de24533371f0bfeb5017f1f80102/d42d85d955fb4e8fb84da24e50a7bfa3-ce97a04e200bb8f67deb19ccae3d0608-sd.mp4" TargetMode="External"/><Relationship Id="rId17" Type="http://schemas.openxmlformats.org/officeDocument/2006/relationships/hyperlink" Target="https://gdvideo.southcn.com/106ffb2f533371f08d606723b78e0102/c15c435600b745b38e1d67494541013d-ea30aeeaec7fd466ccaafe13b6da6a22-ld.mp4" TargetMode="External"/><Relationship Id="rId18" Type="http://schemas.openxmlformats.org/officeDocument/2006/relationships/hyperlink" Target="https://gdvideo.southcn.com/106ffb2f533371f08d606723b78e0102/c15c435600b745b38e1d67494541013d-f507d045654b2cccdd628e4febd7d973-sd.mp4" TargetMode="External"/><Relationship Id="rId19" Type="http://schemas.openxmlformats.org/officeDocument/2006/relationships/hyperlink" Target="https://gdvideo.southcn.com/a0fa8f39533371f080085420848d0102/959035d24c4b437a8998536a45ff01ba-92cc8bbc0392d59685961fa2934daf18-ld.mp4" TargetMode="External"/><Relationship Id="rId20" Type="http://schemas.openxmlformats.org/officeDocument/2006/relationships/hyperlink" Target="https://gdvideo.southcn.com/a0fa8f39533371f080085420848d0102/959035d24c4b437a8998536a45ff01ba-ec058199d99747c5c9a29488897e2643-sd.mp4" TargetMode="External"/><Relationship Id="rId21" Type="http://schemas.openxmlformats.org/officeDocument/2006/relationships/hyperlink" Target="https://gdvideo.southcn.com/4044c14b533371f0ae325017f0f80102/1ead2a26be6e462ab9b9b306ef867f96-5da45ec111b5354fa2946c97334d85b0-ld.mp4" TargetMode="External"/><Relationship Id="rId22" Type="http://schemas.openxmlformats.org/officeDocument/2006/relationships/hyperlink" Target="https://gdvideo.southcn.com/4044c14b533371f0ae325017f0f80102/1ead2a26be6e462ab9b9b306ef867f96-a0700f8d4b8d424a40a91a747fc087ee-sd.mp4" TargetMode="External"/><Relationship Id="rId23" Type="http://schemas.openxmlformats.org/officeDocument/2006/relationships/hyperlink" Target="https://gdvideo.southcn.com/f094335b533371f0a1926732b78e0102/5672415ff8504401b9a461a4c0311975-2ae6041dfbcdf28aa7da90faff30c733-ld.mp4" TargetMode="External"/><Relationship Id="rId24" Type="http://schemas.openxmlformats.org/officeDocument/2006/relationships/hyperlink" Target="https://gdvideo.southcn.com/f094335b533371f0a1926732b78e0102/5672415ff8504401b9a461a4c0311975-3782b6ac3850e4501562fc0fce8e78e4-sd.mp4" TargetMode="External"/><Relationship Id="rId25" Type="http://schemas.openxmlformats.org/officeDocument/2006/relationships/hyperlink" Target="https://gdvideo.southcn.com/705a248e533371f0bfd25017e1f90102/93be8b91315e45cd9f2bad3b9eccf5e0-153e3fa42475b904764e13f14e915a24-ld.mp4" TargetMode="External"/><Relationship Id="rId26" Type="http://schemas.openxmlformats.org/officeDocument/2006/relationships/hyperlink" Target="https://gdvideo.southcn.com/705a248e533371f0bfd25017e1f90102/93be8b91315e45cd9f2bad3b9eccf5e0-a87250739713331a085ba22acd7dfe69-sd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