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2025年普通高校招生系列问答——填报技巧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2025-06-27</w:t>
      </w:r>
    </w:p>
    <w:p>
      <w:r>
        <w:rPr>
          <w:sz w:val="18"/>
        </w:rPr>
        <w:t>来源  触电新闻</w:t>
      </w:r>
    </w:p>
    <w:p>
      <w:r>
        <w:rPr>
          <w:sz w:val="18"/>
        </w:rPr>
        <w:t>栏目  新高考改革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https://eea.gd.gov.cn/index/xgkgg/content/post_4735156.html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https://eea.gd.gov.cn/zcjd/content/post_4735089.html</w:t>
        </w:r>
      </w:hyperlink>
    </w:p>
    <w:p>
      <w:r>
        <w:t>原文含视频。Word和PDF保留静态正文及视频观看链接，未把视频转录成文字。</w:t>
      </w:r>
    </w:p>
    <w:p/>
    <w:p>
      <w:r>
        <w:t>今年高考志愿填报分两个时间段</w:t>
      </w:r>
    </w:p>
    <w:p>
      <w:r>
        <w:t>选错专业要怎么补救?</w:t>
      </w:r>
    </w:p>
    <w:p>
      <w:r>
        <w:t>这个学校去年录取啥情况?</w:t>
      </w:r>
    </w:p>
    <w:p>
      <w:r>
        <w:t>为防止他人篡改志愿，需要注意哪些方面?</w:t>
      </w:r>
    </w:p>
    <w:p>
      <w:r>
        <w:t>如何提高志愿填报命中率?</w:t>
      </w:r>
    </w:p>
    <w:p>
      <w:r>
        <w:t>填志愿如何参照往年投档情况?参考“冲稳保”思路</w:t>
      </w:r>
    </w:p>
    <w:p>
      <w:r>
        <w:t>相关文件：广东省招生委员会办公室关于做好2025年普通高校招生志愿填报工作的通知</w:t>
      </w:r>
    </w:p>
    <w:p>
      <w:pPr>
        <w:pStyle w:val="Heading1"/>
      </w:pPr>
      <w:r>
        <w:t>正文相关链接</w:t>
      </w:r>
    </w:p>
    <w:p>
      <w:hyperlink r:id="rId12">
        <w:r>
          <w:rPr>
            <w:color w:val="18548A"/>
          </w:rPr>
          <w:t>广东省招生委员会办公室关于做好2025年普通高校招生志愿填报工作的通知</w:t>
        </w:r>
      </w:hyperlink>
    </w:p>
    <w:p>
      <w:r>
        <w:t>https://eea.gd.gov.cn/ptgk/content/post_4733382.html</w:t>
      </w:r>
    </w:p>
    <w:p>
      <w:hyperlink r:id="rId13">
        <w:r>
          <w:rPr>
            <w:color w:val="18548A"/>
          </w:rPr>
          <w:t>视频 1 LD 观看链接</w:t>
        </w:r>
      </w:hyperlink>
    </w:p>
    <w:p>
      <w:r>
        <w:t>https://gdvideo.southcn.com/b06f2d6b533471f0aa235017f0f90102/ae1c4077e39647fda60901bbe230b9b8-96bc2418f736e3e0df7113ca6d75b9a5-ld.mp4</w:t>
      </w:r>
    </w:p>
    <w:p>
      <w:hyperlink r:id="rId14">
        <w:r>
          <w:rPr>
            <w:color w:val="18548A"/>
          </w:rPr>
          <w:t>视频 1 SD 观看链接</w:t>
        </w:r>
      </w:hyperlink>
    </w:p>
    <w:p>
      <w:r>
        <w:t>https://gdvideo.southcn.com/b06f2d6b533471f0aa235017f0f90102/ae1c4077e39647fda60901bbe230b9b8-c92b565fd9c113179ebc82ebdb283900-sd.mp4</w:t>
      </w:r>
    </w:p>
    <w:p>
      <w:hyperlink r:id="rId15">
        <w:r>
          <w:rPr>
            <w:color w:val="18548A"/>
          </w:rPr>
          <w:t>视频 2 LD 观看链接</w:t>
        </w:r>
      </w:hyperlink>
    </w:p>
    <w:p>
      <w:r>
        <w:t>https://gdvideo.southcn.com/d0548e7d533471f08b835420848c0102/6d9fc5606d8545578e3c56d86c6f7178-ed5fd2cedf341539a0973913847c1084-ld.mp4</w:t>
      </w:r>
    </w:p>
    <w:p>
      <w:hyperlink r:id="rId16">
        <w:r>
          <w:rPr>
            <w:color w:val="18548A"/>
          </w:rPr>
          <w:t>视频 2 SD 观看链接</w:t>
        </w:r>
      </w:hyperlink>
    </w:p>
    <w:p>
      <w:r>
        <w:t>https://gdvideo.southcn.com/d0548e7d533471f08b835420848c0102/6d9fc5606d8545578e3c56d86c6f7178-bd1a38798863252af8009fcbb97aa8bf-sd.mp4</w:t>
      </w:r>
    </w:p>
    <w:p>
      <w:hyperlink r:id="rId17">
        <w:r>
          <w:rPr>
            <w:color w:val="18548A"/>
          </w:rPr>
          <w:t>视频 3 LD 观看链接</w:t>
        </w:r>
      </w:hyperlink>
    </w:p>
    <w:p>
      <w:r>
        <w:t>https://gdvideo.southcn.com/9032738c533471f0a1926732b78e0102/95819a6a03a94a8f8a50a18317fcd468-9597dd3005b291bfc4cb877c6a8d201a-ld.mp4</w:t>
      </w:r>
    </w:p>
    <w:p>
      <w:hyperlink r:id="rId18">
        <w:r>
          <w:rPr>
            <w:color w:val="18548A"/>
          </w:rPr>
          <w:t>视频 3 SD 观看链接</w:t>
        </w:r>
      </w:hyperlink>
    </w:p>
    <w:p>
      <w:r>
        <w:t>https://gdvideo.southcn.com/9032738c533471f0a1926732b78e0102/95819a6a03a94a8f8a50a18317fcd468-fb17bea2d02bc5e81628df0b01c66e2d-sd.mp4</w:t>
      </w:r>
    </w:p>
    <w:p>
      <w:hyperlink r:id="rId19">
        <w:r>
          <w:rPr>
            <w:color w:val="18548A"/>
          </w:rPr>
          <w:t>视频 4 LD 观看链接</w:t>
        </w:r>
      </w:hyperlink>
    </w:p>
    <w:p>
      <w:r>
        <w:t>https://gdvideo.southcn.com/c07f7f99533471f0a1926732b78e0102/1c7c3f15c62943b09e18911481613600-975a4394ab73985a308fa66bc1f8f097-ld.mp4</w:t>
      </w:r>
    </w:p>
    <w:p>
      <w:hyperlink r:id="rId20">
        <w:r>
          <w:rPr>
            <w:color w:val="18548A"/>
          </w:rPr>
          <w:t>视频 4 SD 观看链接</w:t>
        </w:r>
      </w:hyperlink>
    </w:p>
    <w:p>
      <w:r>
        <w:t>https://gdvideo.southcn.com/c07f7f99533471f0a1926732b78e0102/1c7c3f15c62943b09e18911481613600-b00052084bda38a185d6fd724a8c17b1-sd.mp4</w:t>
      </w:r>
    </w:p>
    <w:p>
      <w:hyperlink r:id="rId21">
        <w:r>
          <w:rPr>
            <w:color w:val="18548A"/>
          </w:rPr>
          <w:t>视频 5 LD 观看链接</w:t>
        </w:r>
      </w:hyperlink>
    </w:p>
    <w:p>
      <w:r>
        <w:t>https://gdvideo.southcn.com/104162a5533471f0963b5017f0e80102/6fb7a9cc60b94ddcb0f6f4c0cab29dee-5cb59e607fc171e198a208ceef70e68c-ld.mp4</w:t>
      </w:r>
    </w:p>
    <w:p>
      <w:hyperlink r:id="rId22">
        <w:r>
          <w:rPr>
            <w:color w:val="18548A"/>
          </w:rPr>
          <w:t>视频 5 SD 观看链接</w:t>
        </w:r>
      </w:hyperlink>
    </w:p>
    <w:p>
      <w:r>
        <w:t>https://gdvideo.southcn.com/104162a5533471f0963b5017f0e80102/6fb7a9cc60b94ddcb0f6f4c0cab29dee-c2bceede279018d1e066c7a84c2b72fd-sd.mp4</w:t>
      </w:r>
    </w:p>
    <w:p>
      <w:hyperlink r:id="rId23">
        <w:r>
          <w:rPr>
            <w:color w:val="18548A"/>
          </w:rPr>
          <w:t>视频 6 LD 观看链接</w:t>
        </w:r>
      </w:hyperlink>
    </w:p>
    <w:p>
      <w:r>
        <w:t>https://gdvideo.southcn.com/e07225ae533471f09f595017e1e90102/10815413aa1f4ca8a150dba08753d2cd-8fce9cfdca1105f21dc0c56df68f81e1-ld.mp4</w:t>
      </w:r>
    </w:p>
    <w:p>
      <w:hyperlink r:id="rId24">
        <w:r>
          <w:rPr>
            <w:color w:val="18548A"/>
          </w:rPr>
          <w:t>视频 6 SD 观看链接</w:t>
        </w:r>
      </w:hyperlink>
    </w:p>
    <w:p>
      <w:r>
        <w:t>https://gdvideo.southcn.com/e07225ae533471f09f595017e1e90102/10815413aa1f4ca8a150dba08753d2cd-dcc41232337ce188df432c5a9de6e018-sd.mp4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index/xgkgg/content/post_4735156.html" TargetMode="External"/><Relationship Id="rId11" Type="http://schemas.openxmlformats.org/officeDocument/2006/relationships/hyperlink" Target="https://eea.gd.gov.cn/zcjd/content/post_4735089.html" TargetMode="External"/><Relationship Id="rId12" Type="http://schemas.openxmlformats.org/officeDocument/2006/relationships/hyperlink" Target="https://eea.gd.gov.cn/ptgk/content/post_4733382.html" TargetMode="External"/><Relationship Id="rId13" Type="http://schemas.openxmlformats.org/officeDocument/2006/relationships/hyperlink" Target="https://gdvideo.southcn.com/b06f2d6b533471f0aa235017f0f90102/ae1c4077e39647fda60901bbe230b9b8-96bc2418f736e3e0df7113ca6d75b9a5-ld.mp4" TargetMode="External"/><Relationship Id="rId14" Type="http://schemas.openxmlformats.org/officeDocument/2006/relationships/hyperlink" Target="https://gdvideo.southcn.com/b06f2d6b533471f0aa235017f0f90102/ae1c4077e39647fda60901bbe230b9b8-c92b565fd9c113179ebc82ebdb283900-sd.mp4" TargetMode="External"/><Relationship Id="rId15" Type="http://schemas.openxmlformats.org/officeDocument/2006/relationships/hyperlink" Target="https://gdvideo.southcn.com/d0548e7d533471f08b835420848c0102/6d9fc5606d8545578e3c56d86c6f7178-ed5fd2cedf341539a0973913847c1084-ld.mp4" TargetMode="External"/><Relationship Id="rId16" Type="http://schemas.openxmlformats.org/officeDocument/2006/relationships/hyperlink" Target="https://gdvideo.southcn.com/d0548e7d533471f08b835420848c0102/6d9fc5606d8545578e3c56d86c6f7178-bd1a38798863252af8009fcbb97aa8bf-sd.mp4" TargetMode="External"/><Relationship Id="rId17" Type="http://schemas.openxmlformats.org/officeDocument/2006/relationships/hyperlink" Target="https://gdvideo.southcn.com/9032738c533471f0a1926732b78e0102/95819a6a03a94a8f8a50a18317fcd468-9597dd3005b291bfc4cb877c6a8d201a-ld.mp4" TargetMode="External"/><Relationship Id="rId18" Type="http://schemas.openxmlformats.org/officeDocument/2006/relationships/hyperlink" Target="https://gdvideo.southcn.com/9032738c533471f0a1926732b78e0102/95819a6a03a94a8f8a50a18317fcd468-fb17bea2d02bc5e81628df0b01c66e2d-sd.mp4" TargetMode="External"/><Relationship Id="rId19" Type="http://schemas.openxmlformats.org/officeDocument/2006/relationships/hyperlink" Target="https://gdvideo.southcn.com/c07f7f99533471f0a1926732b78e0102/1c7c3f15c62943b09e18911481613600-975a4394ab73985a308fa66bc1f8f097-ld.mp4" TargetMode="External"/><Relationship Id="rId20" Type="http://schemas.openxmlformats.org/officeDocument/2006/relationships/hyperlink" Target="https://gdvideo.southcn.com/c07f7f99533471f0a1926732b78e0102/1c7c3f15c62943b09e18911481613600-b00052084bda38a185d6fd724a8c17b1-sd.mp4" TargetMode="External"/><Relationship Id="rId21" Type="http://schemas.openxmlformats.org/officeDocument/2006/relationships/hyperlink" Target="https://gdvideo.southcn.com/104162a5533471f0963b5017f0e80102/6fb7a9cc60b94ddcb0f6f4c0cab29dee-5cb59e607fc171e198a208ceef70e68c-ld.mp4" TargetMode="External"/><Relationship Id="rId22" Type="http://schemas.openxmlformats.org/officeDocument/2006/relationships/hyperlink" Target="https://gdvideo.southcn.com/104162a5533471f0963b5017f0e80102/6fb7a9cc60b94ddcb0f6f4c0cab29dee-c2bceede279018d1e066c7a84c2b72fd-sd.mp4" TargetMode="External"/><Relationship Id="rId23" Type="http://schemas.openxmlformats.org/officeDocument/2006/relationships/hyperlink" Target="https://gdvideo.southcn.com/e07225ae533471f09f595017e1e90102/10815413aa1f4ca8a150dba08753d2cd-8fce9cfdca1105f21dc0c56df68f81e1-ld.mp4" TargetMode="External"/><Relationship Id="rId24" Type="http://schemas.openxmlformats.org/officeDocument/2006/relationships/hyperlink" Target="https://gdvideo.southcn.com/e07225ae533471f09f595017e1e90102/10815413aa1f4ca8a150dba08753d2cd-dcc41232337ce188df432c5a9de6e018-sd.mp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