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市招考办荣获2019年“深圳市巾帼文明岗标兵岗”、“深圳市巾帼文明岗”称号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2019-12-30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其他信息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https://szeb.sz.gov.cn/szzkw/qtxx/content/post_8948975.html</w:t>
        </w:r>
      </w:hyperlink>
    </w:p>
    <w:p/>
    <w:p>
      <w:r>
        <w:t>近日，深圳市招生考试办公室服务窗口、高考科分别荣获市妇联授予的“深圳市巾帼文明岗标兵岗”、“深圳市巾帼文明岗”称号。这是市招考办继“三八红旗集体”、中考科“巾帼文明岗”和自考研考科“巾帼文明岗”之后，获得的又一荣誉。</w:t>
      </w:r>
    </w:p>
    <w:p>
      <w:r>
        <w:t>一直以来，市招考办以办人民满意的招生考试为宗旨，以支持和促进深圳的教育改革与发展，率先实现教育现代化为目标，立足于服务社会、服务学校、服务考生和家长，努力打造“平安招考”“公平招考”“诚信招考”“暖心招考”优质平台。</w:t>
      </w:r>
    </w:p>
    <w:p>
      <w:r>
        <w:t>近年来我办多次被市妇联授予荣誉称号，既是市妇联、市委教育工委对我办女干部职工的认可，也是对我办招生考试服务工作的充分肯定。我办全体干部职工将继续发扬爱岗敬业、乐于奉献的精神，一如既往地为招考事业不懈奋斗，为深圳建设社会主义先行示范区贡献智慧和力量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xx/content/post_894897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