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关于公布广东省2026年普通高校招生音乐类、舞蹈类、表（导）演类（戏剧影视导演方向）和表（导）演类（戏剧影视表演方向）&lt;br/&gt;省统考合格线的通知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https://eea.gd.gov.cn/ptgk/content/post_4846159.html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https://eea.gd.gov.cn/tzgg/content/post_4846248.html</w:t>
        </w:r>
      </w:hyperlink>
    </w:p>
    <w:p/>
    <w:p>
      <w:r>
        <w:t>各地级以上市招生办公室（考试中心、考试院）：</w:t>
      </w:r>
    </w:p>
    <w:p>
      <w:r>
        <w:t>经研究决定，我省2026年普通高校招生音乐类、舞蹈类、表（导）演类（戏剧影视导演方向）和表（导）演类（戏剧影视表演方向）专业省统考合格线如下：</w:t>
      </w:r>
    </w:p>
    <w:p>
      <w:r>
        <w:t>一、音乐类</w:t>
      </w:r>
    </w:p>
    <w:p>
      <w:r>
        <w:t>（一）音乐教育</w:t>
      </w:r>
    </w:p>
    <w:p>
      <w:r>
        <w:t>本科合格线：185分</w:t>
      </w:r>
    </w:p>
    <w:p>
      <w:r>
        <w:t>高职（专科）合格线：150分</w:t>
      </w:r>
    </w:p>
    <w:p>
      <w:r>
        <w:t>（二）音乐表演（声乐）</w:t>
      </w:r>
    </w:p>
    <w:p>
      <w:r>
        <w:t>本科合格线：185分</w:t>
      </w:r>
    </w:p>
    <w:p>
      <w:r>
        <w:t>高职（专科）合格线：150分</w:t>
      </w:r>
    </w:p>
    <w:p>
      <w:r>
        <w:t>（三）音乐表演（器乐）</w:t>
      </w:r>
    </w:p>
    <w:p>
      <w:r>
        <w:t>本科合格线：170分</w:t>
      </w:r>
    </w:p>
    <w:p>
      <w:r>
        <w:t>高职（专科）合格线：150分</w:t>
      </w:r>
    </w:p>
    <w:p>
      <w:r>
        <w:t>二、舞蹈类</w:t>
      </w:r>
    </w:p>
    <w:p>
      <w:r>
        <w:t>本专科合格线：150分</w:t>
      </w:r>
    </w:p>
    <w:p>
      <w:r>
        <w:t>三、表（导）演类（戏剧影视导演方向）</w:t>
      </w:r>
    </w:p>
    <w:p>
      <w:r>
        <w:t>本专科合格线：210分</w:t>
      </w:r>
    </w:p>
    <w:p>
      <w:r>
        <w:t>四、表（导）演类（戏剧影视表演方向）</w:t>
      </w:r>
    </w:p>
    <w:p>
      <w:r>
        <w:t>本专科合格线：200分</w:t>
      </w:r>
    </w:p>
    <w:p>
      <w:r>
        <w:t>考生专业省统考成绩达到相应类别的本科合格线，方有资格参加本科艺术类院校单独组织的专业考试。录取时，省招委会根据艺术类招生计划以及考生文化课考试、专业省统考成绩情况，按一定比例在合格线基础上另行划定各批次艺术类院校（专业）录取最低分数线。</w:t>
      </w:r>
    </w:p>
    <w:p>
      <w:r>
        <w:t>广东省招生委员会办公室</w:t>
      </w:r>
    </w:p>
    <w:p>
      <w:r>
        <w:t>2026年1月21日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46159.html" TargetMode="External"/><Relationship Id="rId11" Type="http://schemas.openxmlformats.org/officeDocument/2006/relationships/hyperlink" Target="https://eea.gd.gov.cn/tzgg/content/post_48462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