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广东省教育考试院惠州基地防蛇、“除四害”等综合防控技术服务采购项目询价公告</w:t>
      </w:r>
    </w:p>
    <w:p>
      <w:r>
        <w:rPr>
          <w:sz w:val="18"/>
        </w:rPr>
        <w:t>整理归属  广东省教育考试院</w:t>
      </w:r>
    </w:p>
    <w:p>
      <w:r>
        <w:rPr>
          <w:sz w:val="18"/>
        </w:rPr>
        <w:t>发布日期  2025-11-10</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https://eea.gd.gov.cn/zfcg/content/post_4795662.html</w:t>
        </w:r>
      </w:hyperlink>
    </w:p>
    <w:p/>
    <w:p>
      <w:r>
        <w:t>广东省教育考试院惠州基地防蛇、“除四害”等综合防控技术服务采购项目（项目编号：YKY20251008058）现进行询价采购，诚邀符合资格条件的供应商参与报价。有关事项公告如下：</w:t>
      </w:r>
    </w:p>
    <w:p>
      <w:r>
        <w:t>一、项目基本信息</w:t>
      </w:r>
    </w:p>
    <w:p>
      <w:r>
        <w:t>（一）项目名称</w:t>
      </w:r>
    </w:p>
    <w:p>
      <w:r>
        <w:t>广东省教育考试院惠州基地防蛇、“除四害”等综合防控技术服务采购项目。</w:t>
      </w:r>
    </w:p>
    <w:p>
      <w:r>
        <w:t>（二）项目预算</w:t>
      </w:r>
    </w:p>
    <w:p>
      <w:r>
        <w:t>人民币87,600.00元（大写：捌万柒仟陆佰元整），供应商报价不得超出此预算金额，否则视为无效报价。</w:t>
      </w:r>
    </w:p>
    <w:p>
      <w:r>
        <w:t>（三）采购内容</w:t>
      </w:r>
    </w:p>
    <w:p>
      <w:r>
        <w:t>1.采购防蛇、“除四害”等综合防控技术服务，对广东省教育考试院惠州基地蛇类、白蚁、红火蚁、老鼠、蟑螂等进行综合防控治理，覆盖惠州基地（含行政综合区、工作区、印刷区）所有建筑物及相关配套设施、园林绿化区域。</w:t>
      </w:r>
    </w:p>
    <w:p>
      <w:r>
        <w:t>2.服务期限</w:t>
      </w:r>
    </w:p>
    <w:p>
      <w:r>
        <w:t>服务期限为一年，具体服务起止日以合同签订为准。</w:t>
      </w:r>
    </w:p>
    <w:p>
      <w:r>
        <w:t>3.服务地点</w:t>
      </w:r>
    </w:p>
    <w:p>
      <w:r>
        <w:t>广东省惠州市博罗县横河镇郭前村广东省教育考试院惠州基地。</w:t>
      </w:r>
    </w:p>
    <w:p>
      <w:r>
        <w:t>二、报价人资格条件</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法人登记证等相关证明）副本复印件。分支机构参与询价的，须提供总公司和分公司营业执照副本复印件，以及总公司出具给分支机构的授权书。</w:t>
      </w:r>
    </w:p>
    <w:p>
      <w:r>
        <w:t>（三）单位负责人为同一人或者存在直接控股、管理关系的不同供应商，不得同时参加本采购项目的询价。</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（五）报价人应具备有害生物防制服务相关资质，具备有害生物防制服务机构服务能力证书（提供相应证明材料）。</w:t>
      </w:r>
    </w:p>
    <w:p>
      <w:r>
        <w:t>三、评审办法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四、询价报名时间及要求</w:t>
      </w:r>
    </w:p>
    <w:p>
      <w:r>
        <w:t>符合资格的供应商应当在2025年11月12日（星期三）17:00（北京时间）前，将报名资料（营业执照扫描件和联系人及联系方式等资料）发送至邮箱gdsksy@eeagd.edu.cn，不收报名费。报名成功后，采购人将于报名截止后统一发送询价文件至报名邮箱。</w:t>
      </w:r>
    </w:p>
    <w:p>
      <w:r>
        <w:t>五、投标文件提交时间</w:t>
      </w:r>
    </w:p>
    <w:p>
      <w:r>
        <w:t>（一）投标文件提交时间和截止时间</w:t>
      </w:r>
    </w:p>
    <w:p>
      <w:r>
        <w:t>投标文件提交时间：2025年11月18日14:30-15:30（注：2025年11月18日14:30开始接收投标文件）。投标文件递交截止时间：2025年11月18日15:30。</w:t>
      </w:r>
    </w:p>
    <w:p>
      <w:r>
        <w:t>（二）投标文件递交地点：广州市天河区中山大道西69号广东省教育考试院。</w:t>
      </w:r>
    </w:p>
    <w:p>
      <w:r>
        <w:t>请将密封的投标文件送达（并在封面上注明）广东省教育考试院一楼收发室转梁老师收，逾期送达的投标文件将不予接收。</w:t>
      </w:r>
    </w:p>
    <w:p>
      <w:r>
        <w:t>（三）投标文件的密封和标记：报价人应将投标文件用封套装好密封（在封口处加盖骑缝公章），且在封套上应标明：项目名称、报价人名称、地址、联系人、联系方式。</w:t>
      </w:r>
    </w:p>
    <w:p>
      <w:r>
        <w:t>六、询价结果公布时间：2025年11月底。</w:t>
      </w:r>
    </w:p>
    <w:p>
      <w:r>
        <w:t>七、联系人及联系电话：梁老师 020-38627732。</w:t>
      </w:r>
    </w:p>
    <w:p>
      <w:r>
        <w:t>广东省教育考试院办公室</w:t>
      </w:r>
    </w:p>
    <w:p>
      <w:r>
        <w:t>2025年11月10日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7956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