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2026年广东省教育考试院在线接访活动通告（三）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2026-10-26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https://eea.gd.gov.cn/news/content/post_4970322.html</w:t>
        </w:r>
      </w:hyperlink>
    </w:p>
    <w:p/>
    <w:p>
      <w:r>
        <w:t>为进一步畅通渠道，广泛听取意见建议，回应考生关切的问题，广东省教育考试院将于10月27日（星期二）通过省教育考试院门户网站（eea.gd.gov.cn）开展在线接访活动。</w:t>
      </w:r>
    </w:p>
    <w:p>
      <w:r>
        <w:t>社会公众可通过访问查询相关在线接访活动记录。</w:t>
      </w:r>
    </w:p>
    <w:p>
      <w:r>
        <w:t>在线接访活动开展期间，网友可通过https://eea.gd.gov.cn/hdjlpt/live/index.php?pid=5984进入相应活动页面，点击“我要发言”提出问题，进行实时互动交流。</w:t>
      </w:r>
    </w:p>
    <w:p>
      <w:r>
        <w:t>欢迎广大网民朋友积极参与！</w:t>
      </w:r>
    </w:p>
    <w:p>
      <w:r>
        <w:t>2026年省教育考试院在线接访活动安排表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2026年10月27日10：00-11：00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省教育考试院党委委员、副院长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2027年普通高校招生统一考试报名工作相关事项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703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