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高考可以提前交卷吗？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https://eea.gd.gov.cn/dawenku/zcwj/content/post_4907504.html</w:t>
        </w:r>
      </w:hyperlink>
    </w:p>
    <w:p/>
    <w:p>
      <w:r>
        <w:t>语文、数学、外语科目每科考试结束前30分钟起，方可交卷出场。物理、历史、化学、地理、思想政治、生物学科目不允许考生提前交卷。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9075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