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2020年第二次划线录取批录取学校高一新生报到信息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2020-08-30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https://szeb.sz.gov.cn/szzkw/zkgg/zkxx/content/post_8946067.html</w:t>
        </w:r>
      </w:hyperlink>
    </w:p>
    <w:p/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13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9e02f8a469a6271ccdfc1ab772f598f6dc96f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13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4566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9e02f8a469a6271ccdfc1ab772f598f6dc96f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56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73622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9e02f8a469a6271ccdfc1ab772f598f6dc96f4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36225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6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