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习近平：铭记奋斗历程担当历史使命 从党的奋斗历史中汲取前进力量</w:t>
      </w:r>
    </w:p>
    <w:p>
      <w:r>
        <w:rPr>
          <w:sz w:val="18"/>
        </w:rPr>
        <w:t>整理归属  广东省教育考试院</w:t>
      </w:r>
    </w:p>
    <w:p>
      <w:r>
        <w:rPr>
          <w:sz w:val="18"/>
        </w:rPr>
        <w:t>发布日期  2021-06-21</w:t>
      </w:r>
    </w:p>
    <w:p>
      <w:r>
        <w:rPr>
          <w:sz w:val="18"/>
        </w:rPr>
        <w:t>来源  新华社</w:t>
      </w:r>
    </w:p>
    <w:p>
      <w:r>
        <w:rPr>
          <w:sz w:val="18"/>
        </w:rPr>
        <w:t>栏目  重要论述</w:t>
      </w:r>
    </w:p>
    <w:p>
      <w:r>
        <w:rPr>
          <w:sz w:val="18"/>
        </w:rPr>
        <w:t>存档日期  2026-10-27</w:t>
      </w:r>
    </w:p>
    <w:p>
      <w:r>
        <w:t xml:space="preserve">原文链接  </w:t>
      </w:r>
      <w:hyperlink r:id="rId10">
        <w:r>
          <w:rPr>
            <w:color w:val="18548A"/>
          </w:rPr>
          <w:t>https://eea.gd.gov.cn/hdxz_xzzx/dsxxjy/zyls/content/post_3330046.html</w:t>
        </w:r>
      </w:hyperlink>
    </w:p>
    <w:p/>
    <w:p>
      <w:r>
        <w:t>习近平在参观“‘不忘初心、牢记使命’中国共产党历史展览”时强调</w:t>
      </w:r>
    </w:p>
    <w:p>
      <w:r>
        <w:t>铭记奋斗历程担当历史使命</w:t>
      </w:r>
    </w:p>
    <w:p>
      <w:r>
        <w:t>从党的奋斗历史中汲取前进力量</w:t>
      </w:r>
    </w:p>
    <w:p>
      <w:r>
        <w:t>习近平带领党员领导同志重温入党誓词</w:t>
      </w:r>
    </w:p>
    <w:p>
      <w:r>
        <w:t>李克强栗战书汪洋王沪宁赵乐际韩正王岐山参加活动</w:t>
      </w:r>
    </w:p>
    <w:p>
      <w:r>
        <w:t>在庆祝中国共产党成立100周年之际，中共中央总书记、国家主席、中央军委主席习近平18日前往中国共产党历史展览馆，参观“‘不忘初心、牢记使命’中国共产党历史展览”，并带领党员领导同志重温入党誓词。他强调，党的历史是最生动、最有说服力的教科书。我们党的一百年，是矢志践行初心使命的一百年，是筚路蓝缕奠基立业的一百年，是创造辉煌开辟未来的一百年。回望过往的奋斗路，眺望前方的奋进路，必须把党的历史学习好、总结好，把党的宝贵经验传承好、发扬好，铭记奋斗历程，担当历史使命，从党的奋斗历史中汲取前进力量。要教育引导广大党员、干部通过参观学习，更加自觉地不忘初心、牢记使命，增强“四个意识”、坚定“四个自信”，始终在思想上政治上行动上同以习近平同志为核心的党中央保持高度一致，坚定理想信念，学好用好党的创新理论，赓续红色血脉，发扬光荣传统，发挥先锋模范作用，团结带领全国各族人民，更好立足新发展阶段、贯彻新发展理念、构建新发展格局，全面做好改革发展稳定各项工作，汇聚起全面建设社会主义现代化国家、实现中华民族伟大复兴中国梦的磅礴力量。</w:t>
      </w:r>
    </w:p>
    <w:p>
      <w:r>
        <w:t>李克强、栗战书、汪洋、王沪宁、赵乐际、韩正、王岐山参加活动。</w:t>
      </w:r>
    </w:p>
    <w:p>
      <w:r>
        <w:t>新近落成的中国共产党历史展览馆巍然矗立，气势恢宏。下午3时20分许，习近平等党和国家领导同志来到这里，步入展厅参观展览。展览以“不忘初心、牢记使命”为主题，精心设计了“建立中国共产党 夺取新民主主义革命伟大胜利”、“成立中华人民共和国 进行社会主义革命和建设”、“实行改革开放 开创和发展中国特色社会主义”、“推进中国特色社会主义进入新时代 全面建成小康社会 开启全面建设社会主义现代化国家新征程”4个部分，通过2600余幅图片、3500多件套文物实物，第一次全方位、全过程、全景式、史诗般展现中国共产党波澜壮阔的百年历程，浓墨重彩地反映党的不懈奋斗史、不怕牺牲史、理论探索史、为民造福史、自身建设史，使人们深刻认识到红色政权来之不易、新中国来之不易、中国特色社会主义来之不易，深刻认识到中国共产党为什么能、马克思主义为什么行、中国特色社会主义为什么好。</w:t>
      </w:r>
    </w:p>
    <w:p>
      <w:r>
        <w:t>气势磅礴的长城主题漆画、马克思《布鲁塞尔笔记》第四笔记本手稿、一大会址复原场景、革命根据地的创建展板、遵义会议复原景观、党的七大投票箱、开国大典影像、抗美援朝战争中使用过的武器、《解放思想，实事求是，团结一致向前看》讲话提纲、创办经济特区图片、脱贫攻坚数据图表、火神山雷神山医院模型……珍贵的文物实物、翔实的档案资料、生动的图片视频、逼真的复原景观，吸引了习近平等领导同志的目光。他们不时停下脚步仔细观看，认真听取讲解，详细询问有关情况。</w:t>
      </w:r>
    </w:p>
    <w:p>
      <w:r>
        <w:t>参观结束后，习近平等党员领导同志来到党史展览馆红色大厅。面向鲜红的中国共产党党旗，习近平举起右拳，带领领导同志重温入党誓词，铿锵有力的宣誓声响彻大厅。</w:t>
      </w:r>
    </w:p>
    <w:p>
      <w:r>
        <w:t>在京中共中央政治局委员、中央书记处书记，全国人大常委会副委员长，国务委员，最高人民法院院长，最高人民检察院检察长，在京全国政协副主席以及中央军委委员等参观了展览。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33004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