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2021年4月广东省自学考试各专业开考课程考试时间安排表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https://szeb.sz.gov.cn/szzkw/zkcx/zxks/kkkcksap/content/post_8949600.html</w:t>
        </w:r>
      </w:hyperlink>
    </w:p>
    <w:p/>
    <w:p>
      <w:r>
        <w:t>详见附件2</w:t>
      </w:r>
    </w:p>
    <w:p>
      <w:r>
        <w:t>附件2.doc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附件2.doc</w:t>
        </w:r>
      </w:hyperlink>
    </w:p>
    <w:p>
      <w:r>
        <w:rPr>
          <w:sz w:val="16"/>
        </w:rPr>
        <w:t>https://szeb.sz.gov.cn/attachment/0/803/803197/8949600.doc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0.html" TargetMode="External"/><Relationship Id="rId11" Type="http://schemas.openxmlformats.org/officeDocument/2006/relationships/hyperlink" Target="https://szeb.sz.gov.cn/attachment/0/803/803197/894960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