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2025年上半年（第75次）全国计算机等级考试将于3月29日至31日举行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2025-03-24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https://szeb.sz.gov.cn/szzkw/qt/tzgg/content/post_12086180.html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https://szeb.sz.gov.cn/szzkw/zkgg/skxx/content/post_12086167.html</w:t>
        </w:r>
      </w:hyperlink>
    </w:p>
    <w:p/>
    <w:p>
      <w:r>
        <w:t>我市2025年上半年（第75次）全国计算机等级考试将于3月29日至31日举行。现就考生应考有关事项提醒如下：</w:t>
      </w:r>
    </w:p>
    <w:p>
      <w:r>
        <w:t>一、提前做好考试准备</w:t>
      </w:r>
    </w:p>
    <w:p>
      <w:r>
        <w:t>（一）及时打印准考证。考生可于3月24日上午9:00开始，登录中国教育考试网(https://ncre.neea.edu.cn/)打印准考证。准考证上的考试时间、考点地址以及考生须知等内容十分重要，请考生务必仔细研读，并按要求做好充分的赴考准备。</w:t>
      </w:r>
    </w:p>
    <w:p>
      <w:r>
        <w:t>（二）备好个人证件。考生须于开考前20分钟到达考场，持准考证、有效身份证件进入考场，证件不齐者不得参加考试。有效身份证件包括：居民身份证(含临时身份证)、港澳居民来往内地通行证、台湾居民来往大陆通行证、港澳台居民居住证。</w:t>
      </w:r>
    </w:p>
    <w:p>
      <w:r>
        <w:t>（三）规范携带考试用品。考生只能携带必要的考试文具（如中性笔，圆珠笔等）入场，不得携带任何书籍资料、通讯设备、数据存储设备、智能电子设备等辅助工具及其它未经允许的物品。</w:t>
      </w:r>
    </w:p>
    <w:p>
      <w:r>
        <w:t>（四）留意天气变化。考前请及时关注天气预报，提早做好相关准备，准确查询考试地点，了解到达考点的交通路线。考点不提供停车位，请考生绿色出行。</w:t>
      </w:r>
    </w:p>
    <w:p>
      <w:r>
        <w:t>二、遵守纪律，诚信参考</w:t>
      </w:r>
    </w:p>
    <w:p>
      <w:r>
        <w:t>（一）考生提前5分钟在考试系统中输入自己的准考证号，并核对屏幕显示的姓名、有效身份证件号，如不符合，由监考员帮其查找原因。考生信息以报名库为准，不得擅自更改报名信息和登录信息。</w:t>
      </w:r>
    </w:p>
    <w:p>
      <w:r>
        <w:t>（二）考试开始后，迟到考生禁止入场，考试开始15分钟后考生才能交卷并离开考场。</w:t>
      </w:r>
    </w:p>
    <w:p>
      <w:r>
        <w:t>（三）在系统故障、死机、死循环、供电故障等特殊情况时，考生举手由监考人员判断原因。考生应按规范进行上机操作，避免因误操作，对考生个人或考点造成不必要的损失。</w:t>
      </w:r>
    </w:p>
    <w:p>
      <w:r>
        <w:t>（四）考试时间由系统自动控制，计时结束后系统将自动退出作答界面。考生应立即停止操作，按监考员要求在考场等候，待监考员通知后，方可离开考场。</w:t>
      </w:r>
    </w:p>
    <w:p>
      <w:r>
        <w:t>（五）考生应自觉服从监考员管理，不得以任何理由妨碍监考员正常工作。监考员有权对考场内发生的问题按规定进行处理。对扰乱考场秩序、恐吓、威胁监考员的考生，参照《国家教育考试违规处理办法》（教育部第33号令）处理。</w:t>
      </w:r>
    </w:p>
    <w:p>
      <w:r>
        <w:t>祝各位考生考试平安顺利，取得理想成绩！</w:t>
      </w:r>
    </w:p>
    <w:p>
      <w:r>
        <w:drawing>
          <wp:inline xmlns:a="http://schemas.openxmlformats.org/drawingml/2006/main" xmlns:pic="http://schemas.openxmlformats.org/drawingml/2006/picture">
            <wp:extent cx="6400800" cy="73092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19540827fbba4abc0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30923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086180.html" TargetMode="External"/><Relationship Id="rId11" Type="http://schemas.openxmlformats.org/officeDocument/2006/relationships/hyperlink" Target="https://szeb.sz.gov.cn/szzkw/zkgg/skxx/content/post_12086167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