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报考空军招飞学生历年高频问题答疑（三）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2022-10-11</w:t>
      </w:r>
    </w:p>
    <w:p>
      <w:r>
        <w:rPr>
          <w:sz w:val="18"/>
        </w:rPr>
        <w:t>来源  南部战区空军招飞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https://eea.gd.gov.cn/dawenku/zcwj/content/post_4027153.html</w:t>
        </w:r>
      </w:hyperlink>
    </w:p>
    <w:p/>
    <w:p>
      <w:r>
        <w:t>2023年度空军招飞工作已正式启动</w:t>
      </w:r>
    </w:p>
    <w:p>
      <w:r>
        <w:t>为方便广大学生提前做好准备</w:t>
      </w:r>
    </w:p>
    <w:p>
      <w:r>
        <w:t>现将一些历年高频心理选拔和检测保障问题梳理解答</w:t>
      </w:r>
    </w:p>
    <w:p>
      <w:r>
        <w:t>以供参考</w:t>
      </w:r>
    </w:p>
    <w:p>
      <w:r>
        <w:t>1.什么是招飞心理选拔？</w:t>
      </w:r>
    </w:p>
    <w:p>
      <w:r>
        <w:t>答：招飞心理选拔是根据飞行职业的特殊需要，由具有丰富教学或组织指挥经验的飞行员等专职人员组成专家团队，运用科学的方法手段对考生进行心理选拔，预测其飞行能力，择优汰劣。</w:t>
      </w:r>
    </w:p>
    <w:p>
      <w:r>
        <w:t>2.心理选拔包括哪些内容？</w:t>
      </w:r>
    </w:p>
    <w:p>
      <w:r>
        <w:t>答：招飞心理选拔分为四个平台，一、二、三、四平台。</w:t>
      </w:r>
    </w:p>
    <w:p>
      <w:r>
        <w:t>一平台称为基本能力检测平台，主要包括能力测验和个性测验，能力测验要求考生尽快尽好地去作答，主要考察考生感知觉、空间能力、记忆等心理品质；个性测验，其实是考生自我对照的一个过程，通过如实地回答问题，自我检视一下，考生的个性特征是否跟军营的文化，是否跟飞行职业是相匹配的。</w:t>
      </w:r>
    </w:p>
    <w:p>
      <w:r>
        <w:t>二平台称为特殊能力检测平台，类似于在飞行模拟座舱的模拟飞行检测，同时还要完成额外的任务，主要考察考生的手、眼、脚的协同协调能力，精准的控制能力，注意力的分配能力，还有能够同时完成多项任务的能力。</w:t>
      </w:r>
    </w:p>
    <w:p>
      <w:r>
        <w:t>三平台现在还处于试用阶段，主要是由飞行教员带领考生进行飞行学习，考察考生学习飞行的这种潜质。</w:t>
      </w:r>
    </w:p>
    <w:p>
      <w:r>
        <w:t>四平台称为专家面试平台，主要包括两部分，一部分称为室外动态行为考核，由带教的教官通过带操、跳绳、篮球、足球、团体活动等类似科目对考生的心理品质进行全方位地考察，包括考生的认知能力、记忆力、反应、协调、思维能力等等；第二部分为室内面试环节，主要通过对话了解考生的成长经历，包括家庭、兴趣、爱好、在校的学习情况等。</w:t>
      </w:r>
    </w:p>
    <w:p>
      <w:r>
        <w:t>3.心理选拔是体能测试吗？</w:t>
      </w:r>
    </w:p>
    <w:p>
      <w:r>
        <w:t>答：不是。</w:t>
      </w:r>
    </w:p>
    <w:p>
      <w:r>
        <w:t>4.是否室外动态行为考核任何一项内容不会就予以淘汰？</w:t>
      </w:r>
    </w:p>
    <w:p>
      <w:r>
        <w:t>答：不会。</w:t>
      </w:r>
    </w:p>
    <w:p>
      <w:r>
        <w:t>5.心理选拔需要提前做什么准备？</w:t>
      </w:r>
    </w:p>
    <w:p>
      <w:r>
        <w:t>答：心理素质的培养不是一日之功，它需要长期的积累，不建议考生刻意地去准备，平常心态参加检测就行。</w:t>
      </w:r>
    </w:p>
    <w:p>
      <w:r>
        <w:t>6.心理选拔评分是怎样的？</w:t>
      </w:r>
    </w:p>
    <w:p>
      <w:r>
        <w:t>答：目前心理选拔实行的是综合淘汰。每一个平台所对应的权重分值分别是：一平台占总评成绩的25%，二平台占总评成绩的35%，四平台占总评成绩的40%，三平台目前作为考察项目不计入总评成绩。</w:t>
      </w:r>
    </w:p>
    <w:p>
      <w:r>
        <w:t>7.为什么要进行这些内容的考核？</w:t>
      </w:r>
    </w:p>
    <w:p>
      <w:r>
        <w:t>答：通过这些考核，评价考生的能力和性格特点是否符合军事飞行职业要求。</w:t>
      </w:r>
    </w:p>
    <w:p>
      <w:r>
        <w:t>8.飞行学员的心理标准都是怎样炼成的？</w:t>
      </w:r>
    </w:p>
    <w:p>
      <w:r>
        <w:t>答：我们的能力因素，感知觉、记忆、思维等可以通过文化课的学习，或做一些团体活动，得到有效提升；性格培养是一个长期过程，可以通过体育锻炼、野营拉练或是参加夏令营等活动，提升自己团队合作精神、吃苦精神，包括抗压能力（也称之为挫折教育），来提升自己的心理抗打击能力。</w:t>
      </w:r>
    </w:p>
    <w:p>
      <w:r>
        <w:t>9.参加选拔检测路费怎样报销，需要提供什么？</w:t>
      </w:r>
    </w:p>
    <w:p>
      <w:r>
        <w:t>答：参加空军招飞复选、定选的学生，往返路费由招飞机构按标准报销，其中，乘坐长途汽车、火车硬座、高铁（动车）二等座的凭票据实报销（只需提供报到单程票据，报销往返路费），乘坐飞机的按照往返地点的火车硬座、高铁（动车）二等座票价核算，如机票价格低于上述费用，按照机票价格报销。检测期间主动放弃的学生，不予报销路费。</w:t>
      </w:r>
    </w:p>
    <w:p>
      <w:r>
        <w:t>报销需提供正规凭证：长途汽车发票、纸质火车票、航班行程单（登机牌无法报销），并提供银行卡号、开户行名称及行号、持卡人姓名、联系电话等相关信息。</w:t>
      </w:r>
    </w:p>
    <w:p>
      <w:r>
        <w:t>10.乘坐航班参加招飞选拔，电子行程单怎么打印？</w:t>
      </w:r>
    </w:p>
    <w:p>
      <w:r>
        <w:t>答：电子行程单的打印，可在机场人工柜台或专门设置的自动柜员机打印，也可联系航空公司客服索取电子行程单。</w:t>
      </w:r>
    </w:p>
    <w:p>
      <w:r>
        <w:t>11.参加招飞选拔路费报销大约需要多长时间？</w:t>
      </w:r>
    </w:p>
    <w:p>
      <w:r>
        <w:t>答：每年招飞选拔结束后，招飞选拔中心需汇总整理所有参检学生相关票据，提交军队财务结算部门审定核准后统一报销，时间周期相对较长，请耐心等待。</w:t>
      </w:r>
    </w:p>
    <w:p>
      <w:r>
        <w:t>12.学生参加检测期间安排食宿吗？</w:t>
      </w:r>
    </w:p>
    <w:p>
      <w:r>
        <w:t>答：招飞复选、定选期间学生本人食宿由招飞选拔中心统一安排，不收取任何费用。</w:t>
      </w:r>
    </w:p>
    <w:p>
      <w:r>
        <w:t>13.学生参加选拔检测期间可以和父母一同居住吗？</w:t>
      </w:r>
    </w:p>
    <w:p>
      <w:r>
        <w:t>答：学生参加招飞复选、定选期间实施封闭式管理，无特殊理由严禁学生与外界接触。</w:t>
      </w:r>
    </w:p>
    <w:p>
      <w:r>
        <w:t>14.学生参加选拔检测期间家长能进入检测场地陪同吗？</w:t>
      </w:r>
    </w:p>
    <w:p>
      <w:r>
        <w:t>答：为保持检测秩序和疫情防控需要，招飞选拔场所不允许家长或其他无关人员进入。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271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