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关于公布2023年第二次普通高中学业水平合格性考试成绩的通知</w:t>
      </w:r>
    </w:p>
    <w:p>
      <w:r>
        <w:rPr>
          <w:sz w:val="18"/>
        </w:rPr>
        <w:t>整理归属  广东省教育考试院</w:t>
      </w:r>
    </w:p>
    <w:p>
      <w:r>
        <w:rPr>
          <w:sz w:val="18"/>
        </w:rPr>
        <w:t>发布日期  2023-08-30</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https://eea.gd.gov.cn/gzxk/content/post_4244731.html</w:t>
        </w:r>
      </w:hyperlink>
    </w:p>
    <w:p>
      <w:r>
        <w:t xml:space="preserve">同文来源  </w:t>
      </w:r>
      <w:hyperlink r:id="rId11">
        <w:r>
          <w:rPr>
            <w:color w:val="18548A"/>
          </w:rPr>
          <w:t>https://eea.gd.gov.cn/tzgg/content/post_4244825.html</w:t>
        </w:r>
      </w:hyperlink>
    </w:p>
    <w:p/>
    <w:p>
      <w:r>
        <w:t>我省2023年第二次普通高中学业水平合格性考试（以下简称高中学考）评卷工作已全部完成，现将考试成绩公布有关事宜通知如下：</w:t>
      </w:r>
    </w:p>
    <w:p>
      <w:r>
        <w:t>一、成绩公布时间和方式</w:t>
      </w:r>
    </w:p>
    <w:p>
      <w:r>
        <w:t>我院将于2023年9月4日10:00起发布2023年第二次高中学考成绩，考生可通过广东省教育考试院官微（ID：gdsksy）小程序、百度智能小程序或“广东招考在线”小程序查询成绩。9月27日10:00起，考生可在省教育考试院官微小程序、百度智能小程序自行下载并打印2023年第二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三、成绩复查程序和方式</w:t>
      </w:r>
    </w:p>
    <w:p>
      <w:r>
        <w:t>（一）申请复查。考生在获得考试成绩后，如对本人当次考试某科成绩有疑问，可于9月6日17：00前携带准考证,到所在中学或当地县（市、区）招生办公室（考试中心）提出复查分数的书面申请，填写《2023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9月8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考生成绩查询”（网址http://www.eeagd.edu.cn/xyspzc），也可在广东省教育考试院官方微信小程序—考试成绩栏目，凭考生号和密码查询验证考生的考试成绩。</w:t>
      </w:r>
    </w:p>
    <w:p>
      <w:r>
        <w:t>六、考生号或密码遗忘找回办法</w:t>
      </w:r>
    </w:p>
    <w:p>
      <w:r>
        <w:t>考生密码遗忘或修改手机号，可通过广东省普通高考/学考报名系统的考生端(https://pg.eeagd.edu.cn/ks）的“登录—学考找回密码或修改手机”窗口，凭手机短信验证码进行密码找回或修改手机号码；如因手机号码已经注销或注册时填错手机号码等原因导致无法接收短信验证码，则需到原报名点或县、市招考机构进行手机号码解绑和密码重置。</w:t>
      </w:r>
    </w:p>
    <w:p>
      <w:r>
        <w:t>附件：1.广东省2023年第二次普通高中学业水平考试成绩查询方式</w:t>
      </w:r>
    </w:p>
    <w:p>
      <w:r>
        <w:t>2.广东省2023年第二次普通高中学业水平考试考生成绩复查申请登记表</w:t>
      </w:r>
    </w:p>
    <w:p>
      <w:r>
        <w:t>广东省教育考试院</w:t>
      </w:r>
    </w:p>
    <w:p>
      <w:r>
        <w:t>2023年8月30日</w:t>
      </w:r>
    </w:p>
    <w:p>
      <w:r>
        <w:t>下载附件</w:t>
      </w:r>
    </w:p>
    <w:p>
      <w:pPr>
        <w:pStyle w:val="Heading1"/>
      </w:pPr>
      <w:r>
        <w:t>附件及下载链接</w:t>
      </w:r>
    </w:p>
    <w:p>
      <w:hyperlink r:id="rId12">
        <w:r>
          <w:rPr>
            <w:color w:val="18548A"/>
          </w:rPr>
          <w:t>下载附件</w:t>
        </w:r>
      </w:hyperlink>
    </w:p>
    <w:p>
      <w:r>
        <w:rPr>
          <w:sz w:val="16"/>
        </w:rPr>
        <w:t>https://eea.gd.gov.cn/attachment/0/530/530355/4244731.docx</w:t>
      </w:r>
    </w:p>
    <w:p>
      <w:pPr>
        <w:pStyle w:val="Heading1"/>
      </w:pPr>
      <w:r>
        <w:t>正文相关链接</w:t>
      </w:r>
    </w:p>
    <w:p>
      <w:hyperlink r:id="rId13">
        <w:r>
          <w:rPr>
            <w:color w:val="18548A"/>
          </w:rPr>
          <w:t>下载附件</w:t>
        </w:r>
      </w:hyperlink>
    </w:p>
    <w:p>
      <w:r>
        <w:t>https://eea.gd.gov.cn/attachment/0/530/530355/4244825.docx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244731.html" TargetMode="External"/><Relationship Id="rId11" Type="http://schemas.openxmlformats.org/officeDocument/2006/relationships/hyperlink" Target="https://eea.gd.gov.cn/tzgg/content/post_4244825.html" TargetMode="External"/><Relationship Id="rId12" Type="http://schemas.openxmlformats.org/officeDocument/2006/relationships/hyperlink" Target="https://eea.gd.gov.cn/attachment/0/530/530355/4244731.docx" TargetMode="External"/><Relationship Id="rId13" Type="http://schemas.openxmlformats.org/officeDocument/2006/relationships/hyperlink" Target="https://eea.gd.gov.cn/attachment/0/530/530355/424482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