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2023年广东省教育考试院领导在线接访活动通告（二）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https://eea.gd.gov.cn/tzgg/content/post_4258299.html</w:t>
        </w:r>
      </w:hyperlink>
    </w:p>
    <w:p/>
    <w:p>
      <w:r>
        <w:t>为进一步畅通渠道，广泛听取意见建议，回应考生关切的问题。广东省教育考试院领导将于9月26日（星期二）通过省教育考试院门户网站（eea.gd.gov.cn）开展在线接访活动。</w:t>
      </w:r>
    </w:p>
    <w:p>
      <w:r>
        <w:t>社会公众可通过访问https://eea.gd.gov.cn/hdjlpt/live/index.php?pid=3691查询相关在线接访活动记录。</w:t>
      </w:r>
    </w:p>
    <w:p>
      <w:r>
        <w:t>在线接访活动开展期间，网友可通过进入相应活动页面，点击“我要发言”提出问题，与省教育考试院领导进行实时互动交流，院领导将根据所提问题予以解答和回应。</w:t>
      </w:r>
    </w:p>
    <w:p>
      <w:r>
        <w:t>欢迎广大网民朋友积极参与！</w:t>
      </w:r>
    </w:p>
    <w:p>
      <w:r>
        <w:t>2023年省教育考试院领导在线接访活动安排表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时间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院领导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职务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主题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2023年9月26日15：00-16：00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孔智军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省教育考试院副院长、省自学考试委员会办公室主任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2023年自学考试毕业办理情况、10月自学考试及相关事项</w:t>
            </w:r>
          </w:p>
        </w:tc>
      </w:tr>
    </w:tbl>
    <w:p/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https://eea.gd.gov.cn/hdjlpt/live/index.php?pid=3691</w:t>
        </w:r>
      </w:hyperlink>
    </w:p>
    <w:p>
      <w:r>
        <w:t>https://eea.gd.gov.cn/hdjlpt/live/index.php?pid=3691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258299.html" TargetMode="External"/><Relationship Id="rId11" Type="http://schemas.openxmlformats.org/officeDocument/2006/relationships/hyperlink" Target="https://eea.gd.gov.cn/hdjlpt/live/index.php?pid=3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