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2025年普通高校招生系列问答——政策指导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2025-06-27</w:t>
      </w:r>
    </w:p>
    <w:p>
      <w:r>
        <w:rPr>
          <w:sz w:val="18"/>
        </w:rPr>
        <w:t>来源  触电新闻</w:t>
      </w:r>
    </w:p>
    <w:p>
      <w:r>
        <w:rPr>
          <w:sz w:val="18"/>
        </w:rPr>
        <w:t>栏目  新高考改革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https://eea.gd.gov.cn/index/xgkgg/content/post_4735147.html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https://eea.gd.gov.cn/zcjd/content/post_4735052.html</w:t>
        </w:r>
      </w:hyperlink>
    </w:p>
    <w:p>
      <w:r>
        <w:t>原文含视频。Word和PDF保留静态正文及视频观看链接，未把视频转录成文字。</w:t>
      </w:r>
    </w:p>
    <w:p/>
    <w:p>
      <w:r>
        <w:t>2025年高考填报志愿重点要考虑哪些因素(1)</w:t>
      </w:r>
    </w:p>
    <w:p>
      <w:r>
        <w:t>2025年高考填报志愿重点要考虑哪些因素(2)</w:t>
      </w:r>
    </w:p>
    <w:p>
      <w:r>
        <w:t>2025年高考填报志愿重点要考虑哪些因素(3)</w:t>
      </w:r>
    </w:p>
    <w:p>
      <w:r>
        <w:t>平行志愿的录取有什么规则?</w:t>
      </w:r>
    </w:p>
    <w:p>
      <w:r>
        <w:t>如何填报志愿才能最大限度规避退档风险 ?</w:t>
      </w:r>
    </w:p>
    <w:p>
      <w:r>
        <w:t>填志愿要看专业对选考科目的要求，否则会吃大亏!</w:t>
      </w:r>
    </w:p>
    <w:p>
      <w:r>
        <w:t>学校公办还是民办?怎么收费? 权威信息看这里!</w:t>
      </w:r>
    </w:p>
    <w:p>
      <w:r>
        <w:t>什么是“院校专业组”的志愿组合方式?</w:t>
      </w:r>
    </w:p>
    <w:p>
      <w:r>
        <w:t>普通高考批次及志愿设置如何安排?</w:t>
      </w:r>
    </w:p>
    <w:p>
      <w:r>
        <w:t>春季高考、夏季高考，都被录取了?志愿填报有明确的要求</w:t>
      </w:r>
    </w:p>
    <w:p>
      <w:r>
        <w:t>相关文件：广东省招生委员会办公室关于做好2025年普通高校招生志愿填报工作的通知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广东省招生委员会办公室关于做好2025年普通高校招生志愿填报工作的通知</w:t>
        </w:r>
      </w:hyperlink>
    </w:p>
    <w:p>
      <w:r>
        <w:t>https://eea.gd.gov.cn/ptgk/content/post_4733382.html</w:t>
      </w:r>
    </w:p>
    <w:p>
      <w:hyperlink r:id="rId13">
        <w:r>
          <w:rPr>
            <w:color w:val="18548A"/>
          </w:rPr>
          <w:t>视频 1 LD 观看链接</w:t>
        </w:r>
      </w:hyperlink>
    </w:p>
    <w:p>
      <w:r>
        <w:t>https://gdvideo.southcn.com/d0819198532a71f08b815420848c0102/690cdca19ddb4440b459e9cc4813d545-8095a79066848e8cdfe22c03d06f092c-ld.mp4</w:t>
      </w:r>
    </w:p>
    <w:p>
      <w:hyperlink r:id="rId14">
        <w:r>
          <w:rPr>
            <w:color w:val="18548A"/>
          </w:rPr>
          <w:t>视频 1 SD 观看链接</w:t>
        </w:r>
      </w:hyperlink>
    </w:p>
    <w:p>
      <w:r>
        <w:t>https://gdvideo.southcn.com/d0819198532a71f08b815420848c0102/690cdca19ddb4440b459e9cc4813d545-6f19b5c6025f9b9cf7d7ea937aa5a68c-sd.mp4</w:t>
      </w:r>
    </w:p>
    <w:p>
      <w:hyperlink r:id="rId15">
        <w:r>
          <w:rPr>
            <w:color w:val="18548A"/>
          </w:rPr>
          <w:t>视频 2 LD 观看链接</w:t>
        </w:r>
      </w:hyperlink>
    </w:p>
    <w:p>
      <w:r>
        <w:t>https://gdvideo.southcn.com/d0a806d3533071f0bfeb5017f1f80102/ccd621302924482d9bc347ba6b787d5c-5546f636bf6551a6c945d8a4e7ec197f-ld.mp4</w:t>
      </w:r>
    </w:p>
    <w:p>
      <w:hyperlink r:id="rId16">
        <w:r>
          <w:rPr>
            <w:color w:val="18548A"/>
          </w:rPr>
          <w:t>视频 2 SD 观看链接</w:t>
        </w:r>
      </w:hyperlink>
    </w:p>
    <w:p>
      <w:r>
        <w:t>https://gdvideo.southcn.com/d0a806d3533071f0bfeb5017f1f80102/ccd621302924482d9bc347ba6b787d5c-fdb98ecdfb778784375d4111ded215a9-sd.mp4</w:t>
      </w:r>
    </w:p>
    <w:p>
      <w:hyperlink r:id="rId17">
        <w:r>
          <w:rPr>
            <w:color w:val="18548A"/>
          </w:rPr>
          <w:t>视频 3 LD 观看链接</w:t>
        </w:r>
      </w:hyperlink>
    </w:p>
    <w:p>
      <w:r>
        <w:t>https://gdvideo.southcn.com/e04becda533071f09f594531948c0102/a713f01377af4e42806f1b9a34e7982f-eedc3be2aefd3071ab0bcb458a67aea5-ld.mp4</w:t>
      </w:r>
    </w:p>
    <w:p>
      <w:hyperlink r:id="rId18">
        <w:r>
          <w:rPr>
            <w:color w:val="18548A"/>
          </w:rPr>
          <w:t>视频 3 SD 观看链接</w:t>
        </w:r>
      </w:hyperlink>
    </w:p>
    <w:p>
      <w:r>
        <w:t>https://gdvideo.southcn.com/e04becda533071f09f594531948c0102/a713f01377af4e42806f1b9a34e7982f-34a78269099af5eb5f703b3738f9f16d-sd.mp4</w:t>
      </w:r>
    </w:p>
    <w:p>
      <w:hyperlink r:id="rId19">
        <w:r>
          <w:rPr>
            <w:color w:val="18548A"/>
          </w:rPr>
          <w:t>视频 4 LD 观看链接</w:t>
        </w:r>
      </w:hyperlink>
    </w:p>
    <w:p>
      <w:r>
        <w:t>https://gdvideo.southcn.com/009e8bf1533071f0864c5017f1e80102/159533619bec436a927664b57d6dac06-b7d8144f1e176dce7c843c32ef08b32c-ld.mp4</w:t>
      </w:r>
    </w:p>
    <w:p>
      <w:hyperlink r:id="rId20">
        <w:r>
          <w:rPr>
            <w:color w:val="18548A"/>
          </w:rPr>
          <w:t>视频 4 SD 观看链接</w:t>
        </w:r>
      </w:hyperlink>
    </w:p>
    <w:p>
      <w:r>
        <w:t>https://gdvideo.southcn.com/009e8bf1533071f0864c5017f1e80102/159533619bec436a927664b57d6dac06-d545c6ce345f48844f8ffd5845967235-sd.mp4</w:t>
      </w:r>
    </w:p>
    <w:p>
      <w:hyperlink r:id="rId21">
        <w:r>
          <w:rPr>
            <w:color w:val="18548A"/>
          </w:rPr>
          <w:t>视频 5 LD 观看链接</w:t>
        </w:r>
      </w:hyperlink>
    </w:p>
    <w:p>
      <w:r>
        <w:t>https://gdvideo.southcn.com/c040dc01533171f0b3925017f1e90102/6f1acbd222d0434580baa774d1b28e75-4cf6b2956cab6f9d6194d63d9cae39c8-ld.mp4</w:t>
      </w:r>
    </w:p>
    <w:p>
      <w:hyperlink r:id="rId22">
        <w:r>
          <w:rPr>
            <w:color w:val="18548A"/>
          </w:rPr>
          <w:t>视频 5 SD 观看链接</w:t>
        </w:r>
      </w:hyperlink>
    </w:p>
    <w:p>
      <w:r>
        <w:t>https://gdvideo.southcn.com/c040dc01533171f0b3925017f1e90102/6f1acbd222d0434580baa774d1b28e75-fa1865e5da534754cc54aedb132c19a0-sd.mp4</w:t>
      </w:r>
    </w:p>
    <w:p>
      <w:hyperlink r:id="rId23">
        <w:r>
          <w:rPr>
            <w:color w:val="18548A"/>
          </w:rPr>
          <w:t>视频 6 LD 观看链接</w:t>
        </w:r>
      </w:hyperlink>
    </w:p>
    <w:p>
      <w:r>
        <w:t>https://gdvideo.southcn.com/1014aa10533171f09f794531858c0102/fbf5a12559064228b240c31219312906-cce2a80cc19e4ddb07d1a91849adeb95-ld.mp4</w:t>
      </w:r>
    </w:p>
    <w:p>
      <w:hyperlink r:id="rId24">
        <w:r>
          <w:rPr>
            <w:color w:val="18548A"/>
          </w:rPr>
          <w:t>视频 6 SD 观看链接</w:t>
        </w:r>
      </w:hyperlink>
    </w:p>
    <w:p>
      <w:r>
        <w:t>https://gdvideo.southcn.com/1014aa10533171f09f794531858c0102/fbf5a12559064228b240c31219312906-5cc909186abdeb0aa58df6d5e247620c-sd.mp4</w:t>
      </w:r>
    </w:p>
    <w:p>
      <w:hyperlink r:id="rId25">
        <w:r>
          <w:rPr>
            <w:color w:val="18548A"/>
          </w:rPr>
          <w:t>视频 7 LD 观看链接</w:t>
        </w:r>
      </w:hyperlink>
    </w:p>
    <w:p>
      <w:r>
        <w:t>https://gdvideo.southcn.com/e00ed222533171f0a1926732b78e0102/8523582b31a44619b02e9a049f77205a-9f01d7fb4425665e874b5f70100dd2e7-ld.mp4</w:t>
      </w:r>
    </w:p>
    <w:p>
      <w:hyperlink r:id="rId26">
        <w:r>
          <w:rPr>
            <w:color w:val="18548A"/>
          </w:rPr>
          <w:t>视频 7 SD 观看链接</w:t>
        </w:r>
      </w:hyperlink>
    </w:p>
    <w:p>
      <w:r>
        <w:t>https://gdvideo.southcn.com/e00ed222533171f0a1926732b78e0102/8523582b31a44619b02e9a049f77205a-292d342f721004cd4c82252d8b42c878-sd.mp4</w:t>
      </w:r>
    </w:p>
    <w:p>
      <w:hyperlink r:id="rId27">
        <w:r>
          <w:rPr>
            <w:color w:val="18548A"/>
          </w:rPr>
          <w:t>视频 8 LD 观看链接</w:t>
        </w:r>
      </w:hyperlink>
    </w:p>
    <w:p>
      <w:r>
        <w:t>https://gdvideo.southcn.com/3013952e533171f09f5a4531948c0102/d218c453846b43619ace4327c76cc7ed-028dc59e0161befe803b1b70d8bb4ab5-ld.mp4</w:t>
      </w:r>
    </w:p>
    <w:p>
      <w:hyperlink r:id="rId28">
        <w:r>
          <w:rPr>
            <w:color w:val="18548A"/>
          </w:rPr>
          <w:t>视频 8 SD 观看链接</w:t>
        </w:r>
      </w:hyperlink>
    </w:p>
    <w:p>
      <w:r>
        <w:t>https://gdvideo.southcn.com/3013952e533171f09f5a4531948c0102/d218c453846b43619ace4327c76cc7ed-7fd2f5befe48390e32f23b462652f995-sd.mp4</w:t>
      </w:r>
    </w:p>
    <w:p>
      <w:hyperlink r:id="rId29">
        <w:r>
          <w:rPr>
            <w:color w:val="18548A"/>
          </w:rPr>
          <w:t>视频 9 LD 观看链接</w:t>
        </w:r>
      </w:hyperlink>
    </w:p>
    <w:p>
      <w:r>
        <w:t>https://gdvideo.southcn.com/a0c1e857533171f0bfb84531949c0102/ffc1d19303db4f44afd31b1bd88306f6-7a59c35bb025718ff3f66e918fda17c0-ld.mp4</w:t>
      </w:r>
    </w:p>
    <w:p>
      <w:hyperlink r:id="rId30">
        <w:r>
          <w:rPr>
            <w:color w:val="18548A"/>
          </w:rPr>
          <w:t>视频 9 SD 观看链接</w:t>
        </w:r>
      </w:hyperlink>
    </w:p>
    <w:p>
      <w:r>
        <w:t>https://gdvideo.southcn.com/a0c1e857533171f0bfb84531949c0102/ffc1d19303db4f44afd31b1bd88306f6-09e4a253b2ac38ed2e51865db46a4124-sd.mp4</w:t>
      </w:r>
    </w:p>
    <w:p>
      <w:hyperlink r:id="rId31">
        <w:r>
          <w:rPr>
            <w:color w:val="18548A"/>
          </w:rPr>
          <w:t>视频 10 LD 观看链接</w:t>
        </w:r>
      </w:hyperlink>
    </w:p>
    <w:p>
      <w:r>
        <w:t>https://gdvideo.southcn.com/c027736a533171f09f794531858c0102/1f897b47869e470ab2e5e607b255e8a7-d300c7fbf8ca073d2b053bf83a0b2392-ld.mp4</w:t>
      </w:r>
    </w:p>
    <w:p>
      <w:hyperlink r:id="rId32">
        <w:r>
          <w:rPr>
            <w:color w:val="18548A"/>
          </w:rPr>
          <w:t>视频 10 SD 观看链接</w:t>
        </w:r>
      </w:hyperlink>
    </w:p>
    <w:p>
      <w:r>
        <w:t>https://gdvideo.southcn.com/c027736a533171f09f794531858c0102/1f897b47869e470ab2e5e607b255e8a7-7ca59fe7320f6050b61b4c5d569593fc-sd.mp4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index/xgkgg/content/post_4735147.html" TargetMode="External"/><Relationship Id="rId11" Type="http://schemas.openxmlformats.org/officeDocument/2006/relationships/hyperlink" Target="https://eea.gd.gov.cn/zcjd/content/post_4735052.html" TargetMode="External"/><Relationship Id="rId12" Type="http://schemas.openxmlformats.org/officeDocument/2006/relationships/hyperlink" Target="https://eea.gd.gov.cn/ptgk/content/post_4733382.html" TargetMode="External"/><Relationship Id="rId13" Type="http://schemas.openxmlformats.org/officeDocument/2006/relationships/hyperlink" Target="https://gdvideo.southcn.com/d0819198532a71f08b815420848c0102/690cdca19ddb4440b459e9cc4813d545-8095a79066848e8cdfe22c03d06f092c-ld.mp4" TargetMode="External"/><Relationship Id="rId14" Type="http://schemas.openxmlformats.org/officeDocument/2006/relationships/hyperlink" Target="https://gdvideo.southcn.com/d0819198532a71f08b815420848c0102/690cdca19ddb4440b459e9cc4813d545-6f19b5c6025f9b9cf7d7ea937aa5a68c-sd.mp4" TargetMode="External"/><Relationship Id="rId15" Type="http://schemas.openxmlformats.org/officeDocument/2006/relationships/hyperlink" Target="https://gdvideo.southcn.com/d0a806d3533071f0bfeb5017f1f80102/ccd621302924482d9bc347ba6b787d5c-5546f636bf6551a6c945d8a4e7ec197f-ld.mp4" TargetMode="External"/><Relationship Id="rId16" Type="http://schemas.openxmlformats.org/officeDocument/2006/relationships/hyperlink" Target="https://gdvideo.southcn.com/d0a806d3533071f0bfeb5017f1f80102/ccd621302924482d9bc347ba6b787d5c-fdb98ecdfb778784375d4111ded215a9-sd.mp4" TargetMode="External"/><Relationship Id="rId17" Type="http://schemas.openxmlformats.org/officeDocument/2006/relationships/hyperlink" Target="https://gdvideo.southcn.com/e04becda533071f09f594531948c0102/a713f01377af4e42806f1b9a34e7982f-eedc3be2aefd3071ab0bcb458a67aea5-ld.mp4" TargetMode="External"/><Relationship Id="rId18" Type="http://schemas.openxmlformats.org/officeDocument/2006/relationships/hyperlink" Target="https://gdvideo.southcn.com/e04becda533071f09f594531948c0102/a713f01377af4e42806f1b9a34e7982f-34a78269099af5eb5f703b3738f9f16d-sd.mp4" TargetMode="External"/><Relationship Id="rId19" Type="http://schemas.openxmlformats.org/officeDocument/2006/relationships/hyperlink" Target="https://gdvideo.southcn.com/009e8bf1533071f0864c5017f1e80102/159533619bec436a927664b57d6dac06-b7d8144f1e176dce7c843c32ef08b32c-ld.mp4" TargetMode="External"/><Relationship Id="rId20" Type="http://schemas.openxmlformats.org/officeDocument/2006/relationships/hyperlink" Target="https://gdvideo.southcn.com/009e8bf1533071f0864c5017f1e80102/159533619bec436a927664b57d6dac06-d545c6ce345f48844f8ffd5845967235-sd.mp4" TargetMode="External"/><Relationship Id="rId21" Type="http://schemas.openxmlformats.org/officeDocument/2006/relationships/hyperlink" Target="https://gdvideo.southcn.com/c040dc01533171f0b3925017f1e90102/6f1acbd222d0434580baa774d1b28e75-4cf6b2956cab6f9d6194d63d9cae39c8-ld.mp4" TargetMode="External"/><Relationship Id="rId22" Type="http://schemas.openxmlformats.org/officeDocument/2006/relationships/hyperlink" Target="https://gdvideo.southcn.com/c040dc01533171f0b3925017f1e90102/6f1acbd222d0434580baa774d1b28e75-fa1865e5da534754cc54aedb132c19a0-sd.mp4" TargetMode="External"/><Relationship Id="rId23" Type="http://schemas.openxmlformats.org/officeDocument/2006/relationships/hyperlink" Target="https://gdvideo.southcn.com/1014aa10533171f09f794531858c0102/fbf5a12559064228b240c31219312906-cce2a80cc19e4ddb07d1a91849adeb95-ld.mp4" TargetMode="External"/><Relationship Id="rId24" Type="http://schemas.openxmlformats.org/officeDocument/2006/relationships/hyperlink" Target="https://gdvideo.southcn.com/1014aa10533171f09f794531858c0102/fbf5a12559064228b240c31219312906-5cc909186abdeb0aa58df6d5e247620c-sd.mp4" TargetMode="External"/><Relationship Id="rId25" Type="http://schemas.openxmlformats.org/officeDocument/2006/relationships/hyperlink" Target="https://gdvideo.southcn.com/e00ed222533171f0a1926732b78e0102/8523582b31a44619b02e9a049f77205a-9f01d7fb4425665e874b5f70100dd2e7-ld.mp4" TargetMode="External"/><Relationship Id="rId26" Type="http://schemas.openxmlformats.org/officeDocument/2006/relationships/hyperlink" Target="https://gdvideo.southcn.com/e00ed222533171f0a1926732b78e0102/8523582b31a44619b02e9a049f77205a-292d342f721004cd4c82252d8b42c878-sd.mp4" TargetMode="External"/><Relationship Id="rId27" Type="http://schemas.openxmlformats.org/officeDocument/2006/relationships/hyperlink" Target="https://gdvideo.southcn.com/3013952e533171f09f5a4531948c0102/d218c453846b43619ace4327c76cc7ed-028dc59e0161befe803b1b70d8bb4ab5-ld.mp4" TargetMode="External"/><Relationship Id="rId28" Type="http://schemas.openxmlformats.org/officeDocument/2006/relationships/hyperlink" Target="https://gdvideo.southcn.com/3013952e533171f09f5a4531948c0102/d218c453846b43619ace4327c76cc7ed-7fd2f5befe48390e32f23b462652f995-sd.mp4" TargetMode="External"/><Relationship Id="rId29" Type="http://schemas.openxmlformats.org/officeDocument/2006/relationships/hyperlink" Target="https://gdvideo.southcn.com/a0c1e857533171f0bfb84531949c0102/ffc1d19303db4f44afd31b1bd88306f6-7a59c35bb025718ff3f66e918fda17c0-ld.mp4" TargetMode="External"/><Relationship Id="rId30" Type="http://schemas.openxmlformats.org/officeDocument/2006/relationships/hyperlink" Target="https://gdvideo.southcn.com/a0c1e857533171f0bfb84531949c0102/ffc1d19303db4f44afd31b1bd88306f6-09e4a253b2ac38ed2e51865db46a4124-sd.mp4" TargetMode="External"/><Relationship Id="rId31" Type="http://schemas.openxmlformats.org/officeDocument/2006/relationships/hyperlink" Target="https://gdvideo.southcn.com/c027736a533171f09f794531858c0102/1f897b47869e470ab2e5e607b255e8a7-d300c7fbf8ca073d2b053bf83a0b2392-ld.mp4" TargetMode="External"/><Relationship Id="rId32" Type="http://schemas.openxmlformats.org/officeDocument/2006/relationships/hyperlink" Target="https://gdvideo.southcn.com/c027736a533171f09f794531858c0102/1f897b47869e470ab2e5e607b255e8a7-7ca59fe7320f6050b61b4c5d569593fc-sd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