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广东省2024年1月自学考试网上报名报考须知</w:t>
      </w:r>
    </w:p>
    <w:p>
      <w:r>
        <w:rPr>
          <w:sz w:val="18"/>
        </w:rPr>
        <w:t>整理归属  广东省教育考试院</w:t>
      </w:r>
    </w:p>
    <w:p>
      <w:r>
        <w:rPr>
          <w:sz w:val="18"/>
        </w:rPr>
        <w:t>发布日期  2023-11-15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https://eea.gd.gov.cn/tzgg/content/post_4284693.html</w:t>
        </w:r>
      </w:hyperlink>
    </w:p>
    <w:p>
      <w:r>
        <w:t xml:space="preserve">同文来源  </w:t>
      </w:r>
      <w:hyperlink r:id="rId11">
        <w:r>
          <w:rPr>
            <w:color w:val="18548A"/>
          </w:rPr>
          <w:t>https://eea.gd.gov.cn/zxks/content/post_4284608.html</w:t>
        </w:r>
      </w:hyperlink>
    </w:p>
    <w:p/>
    <w:p>
      <w:r>
        <w:t>广东省2024年1月高等教育自学考试报名报考工作将于11月21至12月1日进行。具体有关事项安排如下：</w:t>
      </w:r>
    </w:p>
    <w:p>
      <w:r>
        <w:t>一、报名报考时间</w:t>
      </w:r>
    </w:p>
    <w:p>
      <w:r>
        <w:t>新生预报名时间为11月21日10:00至11月24日12:00，正式报名时间为11月21日10:00至11月24日17:00。考生报考时间为11月28日14:00至12月1日17:00，缴费时间为11月29日10:00至12月2日17:00。</w:t>
      </w:r>
    </w:p>
    <w:p>
      <w:r>
        <w:t>特别提示：2023年10月自考成绩预计将于11月27日公布，请考生关注。</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从2024年1月考试开始，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在广东自考管理系统内通过照片上传验证等程序，完成正式报名（操作可参考附件2）。正式报名成功后将获得唯一准考证号，所有考生务必牢记。考生身份验证过程中采集的证件照是考生在自学考试管理系统中的存档照片（见附件3），将用于包括毕业证照比对在内的所有自考业务办理。</w:t>
      </w:r>
    </w:p>
    <w:p>
      <w:r>
        <w:t>因面容特征变化等原因无法线上报名或报名信息（含照片）未能通过审核的考生，应及时联系所在地市自学考试办公室按指定途径完成正式报名，11月25日后不再受理。</w:t>
      </w:r>
    </w:p>
    <w:p>
      <w:r>
        <w:t>（二）考生报考</w:t>
      </w:r>
    </w:p>
    <w:p>
      <w:r>
        <w:t>1.考生报考。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所在地市自学考试办公室或其指定单位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w:t>
      </w:r>
    </w:p>
    <w:p>
      <w:r>
        <w:t>五、成绩公布与复核申请</w:t>
      </w:r>
    </w:p>
    <w:p>
      <w:r>
        <w:t>（一）成绩公布</w:t>
      </w:r>
    </w:p>
    <w:p>
      <w:r>
        <w:t>本次考试成绩预计在2024年2月底公布，具体时间以公布为准，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另行书面通知考生（按报考时考生确认的通信地址寄送）；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（二）残疾考生参加自学考试需考试机构在考试期间提供合理便利的，应在报考课程前持本人第二代及以上《中华人民共和国残疾人证》向当地市考办提出正式书面申请，报考结束后不予受理。</w:t>
      </w:r>
    </w:p>
    <w:p>
      <w:r>
        <w:t>（三）报名报考过程中遇到的问题直接向所在地市自学考试办公室咨询（附件4）。其他未尽事宜，请考生密切关注广东省教育考试院官微、官网及各地自学考试办公室发布的相关讯息。</w:t>
      </w:r>
    </w:p>
    <w:p>
      <w:r>
        <w:t>附件：</w:t>
      </w:r>
    </w:p>
    <w:p>
      <w:r>
        <w:t>1.广东省2024年1月自学考试报名报考流程图</w:t>
      </w:r>
    </w:p>
    <w:p>
      <w:r>
        <w:t>2.广东省2024年1月自学考试在线报名操作指引</w:t>
      </w:r>
    </w:p>
    <w:p>
      <w:r>
        <w:t>3.广东省高等教育自学考试电子相片采集标准</w:t>
      </w:r>
    </w:p>
    <w:p>
      <w:r>
        <w:t>4.各地市自学考试办公室官网、公众号和咨询电话一览表</w:t>
      </w:r>
    </w:p>
    <w:p>
      <w:r>
        <w:t>广东省自学考试委员会办公室</w:t>
      </w:r>
    </w:p>
    <w:p>
      <w:r>
        <w:t>2023年11月15日</w:t>
      </w:r>
    </w:p>
    <w:p>
      <w:r>
        <w:t>查看附件</w:t>
      </w:r>
    </w:p>
    <w:p>
      <w:pPr>
        <w:pStyle w:val="Heading1"/>
      </w:pPr>
      <w:r>
        <w:t>附件及下载链接</w:t>
      </w:r>
    </w:p>
    <w:p>
      <w:hyperlink r:id="rId12">
        <w:r>
          <w:rPr>
            <w:color w:val="18548A"/>
          </w:rPr>
          <w:t>查看附件</w:t>
        </w:r>
      </w:hyperlink>
    </w:p>
    <w:p>
      <w:r>
        <w:rPr>
          <w:sz w:val="16"/>
        </w:rPr>
        <w:t>https://eea.gd.gov.cn/attachment/0/535/535387/4284693.pdf</w:t>
      </w:r>
    </w:p>
    <w:p>
      <w:pPr>
        <w:pStyle w:val="Heading1"/>
      </w:pPr>
      <w:r>
        <w:t>正文相关链接</w:t>
      </w:r>
    </w:p>
    <w:p>
      <w:hyperlink r:id="rId13">
        <w:r>
          <w:rPr>
            <w:color w:val="18548A"/>
          </w:rPr>
          <w:t>查看附件</w:t>
        </w:r>
      </w:hyperlink>
    </w:p>
    <w:p>
      <w:r>
        <w:t>https://eea.gd.gov.cn/attachment/0/535/535387/4284608.pdf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84693.html" TargetMode="External"/><Relationship Id="rId11" Type="http://schemas.openxmlformats.org/officeDocument/2006/relationships/hyperlink" Target="https://eea.gd.gov.cn/zxks/content/post_4284608.html" TargetMode="External"/><Relationship Id="rId12" Type="http://schemas.openxmlformats.org/officeDocument/2006/relationships/hyperlink" Target="https://eea.gd.gov.cn/attachment/0/535/535387/4284693.pdf" TargetMode="External"/><Relationship Id="rId13" Type="http://schemas.openxmlformats.org/officeDocument/2006/relationships/hyperlink" Target="https://eea.gd.gov.cn/attachment/0/535/535387/42846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