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https://szeb.sz.gov.cn/szzkw/zkcx/zxks/zkzy/bkcc/content/post_8949075.html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eaa095e0dfdfd2c16a2fbac6d79f12d24dd625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eaa095e0dfdfd2c16a2fbac6d79f12d24dd625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7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