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dabc5a515b4ed03ea8293f85a75074dfebadad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dabc5a515b4ed03ea8293f85a75074dfebadad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