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关于2018年10月自学考试增设新生报名点的紧急通知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2018-07-16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自考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https://szeb.sz.gov.cn/szzkw/zkgg/zkxx1/content/post_8949728.html</w:t>
        </w:r>
      </w:hyperlink>
    </w:p>
    <w:p/>
    <w:p>
      <w:r>
        <w:t>各有关考生：</w:t>
      </w:r>
    </w:p>
    <w:p>
      <w:r>
        <w:t>根据我市今年10月份自学考试新生报名人数增加的情况，为方便广大考生进行新生注册，我市在原来三个报名点（深圳城市学院、宝安职业技术学校、龙岗电大）的基础上，福田区增加柏泰培训中心、宝安区增加岭东培训中心为社会报名点，面向社会考生报名。请预报名选择在福田区的考生，可到深圳城市学院或柏泰培训中心报名；选择宝安区的考生，可到宝安职业技术学校或岭东培训中心报名。新增报名点地址及联系电话见附件。</w:t>
      </w:r>
    </w:p>
    <w:p>
      <w:r>
        <w:t>附件：新增报名点地址及联系电话</w:t>
      </w:r>
    </w:p>
    <w:p>
      <w:r>
        <w:t>深圳市招生考试办公室</w:t>
      </w:r>
    </w:p>
    <w:p>
      <w:r>
        <w:t>2018年7月16日</w:t>
      </w:r>
    </w:p>
    <w:p>
      <w:r>
        <w:t>新增报名点地址及联系电话</w:t>
      </w:r>
    </w:p>
    <w:p>
      <w:r>
        <w:drawing>
          <wp:inline xmlns:a="http://schemas.openxmlformats.org/drawingml/2006/main" xmlns:pic="http://schemas.openxmlformats.org/drawingml/2006/picture">
            <wp:extent cx="6400800" cy="1810414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5b3a33230022b7ed35d9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1810414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zkgg/zkxx1/content/post_8949728.html" TargetMode="Externa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