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广东省2023年上半年自学考试实践性学习环节考核成绩于6月12日公布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2023-06-10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自学考试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https://eea.gd.gov.cn/zxks/content/post_4196420.html</w:t>
        </w:r>
      </w:hyperlink>
    </w:p>
    <w:p/>
    <w:p>
      <w:r>
        <w:t>各位考生：</w:t>
      </w:r>
    </w:p>
    <w:p>
      <w:r>
        <w:t>2023年上半年我省自学考试实践性学习环节考核（以下简称实践考核）成绩将于6月12日15时集中公布。考生可通过以下3种方式查询：</w:t>
      </w:r>
    </w:p>
    <w:p>
      <w:r>
        <w:t>一、官微查询</w:t>
      </w:r>
    </w:p>
    <w:p>
      <w:r>
        <w:t>关注广东省教育考试院官方微信（ID：gdsksy），在主页面底部选择“小程序”栏，点击进入“广东省教育考试院”小程序，即可查询实践考核成绩。</w:t>
      </w:r>
    </w:p>
    <w:p>
      <w:r>
        <w:t>二、广东省自学考试管理系统查询</w:t>
      </w:r>
    </w:p>
    <w:p>
      <w:r>
        <w:t>登录广东省自学考试管理系统（http://www.eeagd.edu.cn/selfec/），点击【考生入口】登录查询。该系统仅显示实践考核合格的成绩，不合格的成绩不能显示。</w:t>
      </w:r>
    </w:p>
    <w:p>
      <w:r>
        <w:t>三、“广东招考在线”小程序查询</w:t>
      </w:r>
    </w:p>
    <w:p>
      <w:r>
        <w:t>微信搜索进入“广东招考在线”小程序，点击“成绩查询”，选择考生对应的考试类别，按提示查询考核成绩。</w:t>
      </w:r>
    </w:p>
    <w:p>
      <w:r>
        <w:t>本次仅公布各主考学校于2023年5月30日前上报的实践考核成绩，已完成实践考核但未能查询到成绩的考生，请径向相关主考学校咨询。</w:t>
      </w:r>
    </w:p>
    <w:p>
      <w:r>
        <w:t>广东省自学考试委员会办公室</w:t>
      </w:r>
    </w:p>
    <w:p>
      <w:r>
        <w:t>2023年6月10日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zxks/content/post_4196420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