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国外学历可以作为前置学历吗？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https://eea.gd.gov.cn/dawenku/qtwt/content/post_4935910.html</w:t>
        </w:r>
      </w:hyperlink>
    </w:p>
    <w:p/>
    <w:p>
      <w:r>
        <w:t>考生如持有教育部留学服务中心出具的国外学历学位认证书，可登录广东省自学考试管理系统登记前置学历信息，经省考办审核通过后，可用于办理自学考试本科毕业的前置学历。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9359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