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关于暂停我市罗湖、龙岗两区2022年1月全国高等教育自学考试的通告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https://szeb.sz.gov.cn/szzkw/zkgg/zkxx1/content/post_9507897.html</w:t>
        </w:r>
      </w:hyperlink>
    </w:p>
    <w:p/>
    <w:p>
      <w:r>
        <w:t>根据我市当前疫情防控形势，按照省、市疫情防控决策部署要求，为保障广大考生身体健康，经研究决定，暂停罗湖、龙岗两区1月8日至9日的全国高等教育自学考试。考点在上述两区的考生8日、9日两天无须前往考点参加考试，本次考试报考费事宜将按粤考办【2021】20号文执行。后续有关事项请及时关注深圳招考网（https://szeb.sz.gov.cn/szzkw/）和深圳市招生考试办公室微信公众号。给您带来不便，敬请谅解。</w:t>
      </w:r>
    </w:p>
    <w:p>
      <w:r>
        <w:t>市招办咨询电话：0755-82181999、82197626。</w:t>
      </w:r>
    </w:p>
    <w:p>
      <w:r>
        <w:t>深圳市校园疫情防控工作专班</w:t>
      </w:r>
    </w:p>
    <w:p>
      <w:r>
        <w:t>2022年1月7日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5078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