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https://szeb.sz.gov.cn/szzkw/zkcx/zxks/zkzy/bkcc/content/post_8949114.html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23ea0f1736e91b35970ac8b6b2dbda36ce4e3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23ea0f1736e91b35970ac8b6b2dbda36ce4e3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1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