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6361fa6a72dcd1c2b4de81e85bfc709450bd40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6361fa6a72dcd1c2b4de81e85bfc709450bd40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