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关于深圳市2022年1月自学考试补考考场查询的通知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https://szeb.sz.gov.cn/szzkw/zkgg/zkxx1/content/post_9924249.html</w:t>
        </w:r>
      </w:hyperlink>
    </w:p>
    <w:p/>
    <w:p>
      <w:r>
        <w:t>各有关考生：</w:t>
      </w:r>
    </w:p>
    <w:p>
      <w:r>
        <w:t>深圳市2022年1月自学考试补考将于7月9日至10日举行。现将本次考试有关考场查询事项通知如下：</w:t>
      </w:r>
    </w:p>
    <w:p>
      <w:r>
        <w:t>一、考场查询网址：https://szeb.sz.gov.cn/szzkw/zkcx/zxks/kccx/index.html。考生输入准考证号和姓名查询本次考试考点名称、考场号、座位号等信息。</w:t>
      </w:r>
    </w:p>
    <w:p>
      <w:r>
        <w:t>二、考生须凭准考证、身份证入场参加考试。本次考试广东省自学考试管理系统准考证打印功能已于6月29日下午5时关闭，尚未打印准考证的考生可于考前到深圳市招生考试办公室现场打印，工作时间（含周末）：9：00-12：00、14：00-18：00；地址：罗湖区泥岗西路1068号深圳市招生考试办公室一楼招考服务大厅，联系电话：0755-82181999、82197626。到现场的考生须提供本人24小时核酸检测阴性证明，全程佩戴口罩，做好个人防护措施。</w:t>
      </w:r>
    </w:p>
    <w:p>
      <w:r>
        <w:t>深圳市招生考试办公室</w:t>
      </w:r>
    </w:p>
    <w:p>
      <w:r>
        <w:t>2022年6月30日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92424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