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https://szeb.sz.gov.cn/szzkw/zkcx/zxks/zkzy/zkcc/content/post_8949040.html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1bd413f546621edb0bf54795cb6d31614f7e3f7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1bd413f546621edb0bf54795cb6d31614f7e3f7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4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