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https://szeb.sz.gov.cn/szzkw/zkcx/zxks/zkzy/zkcc/content/post_8949053.html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5dd98cefb014bbe51064bd75d1237ebfa797434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5dd98cefb014bbe51064bd75d1237ebfa797434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9053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