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关于组织2022年1月高等教育自学考试补考的通告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2022-01-08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https://szeb.sz.gov.cn/szzkw/zkgg/zkxx1/content/post_9508140.html</w:t>
        </w:r>
      </w:hyperlink>
    </w:p>
    <w:p/>
    <w:p>
      <w:r>
        <w:t>经请示省教育厅同意，对深圳市2022年1月高等教育自学考试受疫情影响而停考的罗湖、龙岗两区考点的考生，以及处于封控、管控、防范区内或未能持考前48小时内核酸检测阴性证明入场考试等受疫情影响的考生，我市将在本次疫情平稳后，择时（具体时间另行通知）组织一次补考。具体事项如下：</w:t>
      </w:r>
    </w:p>
    <w:p>
      <w:r>
        <w:t>一、补考对象仅限于已报考了深圳市2022年1月高等教育自学考试但受疫情影响未能参加考试的考生。</w:t>
      </w:r>
    </w:p>
    <w:p>
      <w:r>
        <w:t>二、罗湖、龙岗两区考点停考的考生无须到深圳市招考办登记，可直接参加补考。</w:t>
      </w:r>
    </w:p>
    <w:p>
      <w:r>
        <w:t>三、其他考生持身份证到深圳市招考办进行现场登记。登记时间：2022年1月18日至24日（节假日除外），地址：深圳市罗湖区泥岗西路1068号；联系电话：0755-82181999、82197626。</w:t>
      </w:r>
    </w:p>
    <w:p>
      <w:r>
        <w:t>后续有关事项请及时关注深圳招考网（https://szeb.sz.gov.cn/szzkw/）和深圳市招生考试办公室微信公众号。</w:t>
      </w:r>
    </w:p>
    <w:p>
      <w:r>
        <w:t>深圳市招生考试办公室</w:t>
      </w:r>
    </w:p>
    <w:p>
      <w:r>
        <w:t>2022年1月8日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950814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