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通  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2025-07-02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https://eea.gd.gov.cn/news/content/post_4738214.html</w:t>
        </w:r>
      </w:hyperlink>
    </w:p>
    <w:p/>
    <w:p>
      <w:r>
        <w:t>7月1日下午广东省初中学业水平考试（以下简称“中考”）数学科目考试结束后，有网民发布“东莞市某校冲刺考前强化训练试卷”，并反映与广东省中考数学科目试卷高度雷同，被疑泄露试题。省教育考试院高度重视，第一时间向公安机关报案，并迅速成立调查小组核查有关情况。现将核查情况通报如下：</w:t>
      </w:r>
    </w:p>
    <w:p>
      <w:r>
        <w:t>一、我省中考命题教师均经严格遴选审查后从高校及各地市抽调，入闱命题各环节管理严密，试卷安全保密工作扎实，不存在考前试题泄露情况。</w:t>
      </w:r>
    </w:p>
    <w:p>
      <w:r>
        <w:t>二、经东莞市教育局排查，东莞市辖区内初中学校均未使用过网络发布的“冲刺考前强化训练试卷”。</w:t>
      </w:r>
    </w:p>
    <w:p>
      <w:r>
        <w:t>三、公安部门正在进一步侦查，将严厉惩处故意散布不实信息、干扰舆论和误导公众等行为，从严查处有关账号及人员，严肃追究法律责任，营造健康安全网络环境，维护良好招生考试秩序。</w:t>
      </w:r>
    </w:p>
    <w:p>
      <w:r>
        <w:t>广东省教育考试院</w:t>
      </w:r>
    </w:p>
    <w:p>
      <w:r>
        <w:t>2025年7月2日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73821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