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20a97dd1d94e16957d74fc1f594f0ace1974b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20a97dd1d94e16957d74fc1f594f0ace1974b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