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广东省2023年1月自学考试网上报名报考须知</w:t>
      </w:r>
    </w:p>
    <w:p>
      <w:r>
        <w:rPr>
          <w:sz w:val="18"/>
        </w:rPr>
        <w:t>整理归属  广东省教育考试院</w:t>
      </w:r>
    </w:p>
    <w:p>
      <w:r>
        <w:rPr>
          <w:sz w:val="18"/>
        </w:rPr>
        <w:t>发布日期  2022-11-14</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https://eea.gd.gov.cn/bmbk/bkzn/content/post_4045761.html</w:t>
        </w:r>
      </w:hyperlink>
    </w:p>
    <w:p>
      <w:r>
        <w:t xml:space="preserve">同文来源  </w:t>
      </w:r>
      <w:hyperlink r:id="rId11">
        <w:r>
          <w:rPr>
            <w:color w:val="18548A"/>
          </w:rPr>
          <w:t>https://eea.gd.gov.cn/tzgg/content/post_4045759.html</w:t>
        </w:r>
      </w:hyperlink>
    </w:p>
    <w:p>
      <w:r>
        <w:t xml:space="preserve">同文来源  </w:t>
      </w:r>
      <w:hyperlink r:id="rId12">
        <w:r>
          <w:rPr>
            <w:color w:val="18548A"/>
          </w:rPr>
          <w:t>https://eea.gd.gov.cn/zxks/content/post_4047134.html</w:t>
        </w:r>
      </w:hyperlink>
    </w:p>
    <w:p/>
    <w:p>
      <w:r>
        <w:t>广东省2023年1月高等教育自学考试将于1月7日至8日举行。报名报考有关事项安排如下：</w:t>
      </w:r>
    </w:p>
    <w:p>
      <w:r>
        <w:t>一、报名报考时间</w:t>
      </w:r>
    </w:p>
    <w:p>
      <w:r>
        <w:t>新生预报名时间为11月22日10:00至25日12:00，正式报名时间为11月22日10:00至25日17:00。考生报考时间为11月29日14:00至12月2日17:00，缴费时间为11月30日10:00至12月3日17:00。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的新考生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操作可参考附件2）。正式报名成功后将获得唯一准考证号，所有考生务必牢记。考生身份验证过程中采集的证件照是考生在自学考试管理系统中的存档照片（见附件3），将用于包括毕业证照比对在内的所有自考业务办理。</w:t>
      </w:r>
    </w:p>
    <w:p>
      <w:r>
        <w:t>因面容特征变化等原因无法线上报名或报名信息（含照片）未能通过审核的考生，应及时联系所在地市自学考试办公室按指定途径完成正式报名，11月27日后不再受理。</w:t>
      </w:r>
    </w:p>
    <w:p>
      <w:r>
        <w:t>（二）考生报考</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所在地市自学考试办公室或其指定单位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所在地市自学考试办公室联系。考生应避免在最后时间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所在地市自学考试办公室咨询。</w:t>
      </w:r>
    </w:p>
    <w:p>
      <w:r>
        <w:t>五、参加考试注意事项</w:t>
      </w:r>
    </w:p>
    <w:p>
      <w:r>
        <w:t>（一）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广东省2023年1月自学考试疫情防控考生须知（附件4），严格遵守当地疫情防控各项规定和要求。考前8天考生应每天在“粤康码”中如实申报个人健康情况，如实填写考前8天个人健康信息申报表（详见附件4），并在接受考前检查时向考点工作人员提供。考生隐瞒身体异常情况，提供虚假信息，造成严重后果的，依法追究相关人员责任。</w:t>
      </w:r>
    </w:p>
    <w:p>
      <w:r>
        <w:t>（三）考生应佩戴一次性医用或以上级别口罩参加考试，按照所在地市自学考试办公室和考点的要求，主动配合做好人脸识别技术和人工比对身份证检查的身份核验工作。考生应服从考点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请考生在考前密切关注省教育考试院的官网、官微以及各地市自学考试办公室发布的信息。</w:t>
      </w:r>
    </w:p>
    <w:p>
      <w:r>
        <w:t>六、成绩公布与复核申请</w:t>
      </w:r>
    </w:p>
    <w:p>
      <w:r>
        <w:t>（一）成绩公布</w:t>
      </w:r>
    </w:p>
    <w:p>
      <w:r>
        <w:t>本次考试成绩预计在2023年3月公布，届时考生可通过自学考试管理系统查询合格成绩，通过省教育考试院官方微信小程序查询全部考试成绩，具体安排请留意省教育考试院官方网站相关信息。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所在地市自学考试办公室公布的通知要求，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地市自学考试办公室咨询复查结果。</w:t>
      </w:r>
    </w:p>
    <w:p>
      <w:r>
        <w:t>七、违规处理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（三）报名报考过程中遇到的问题直接向所在地市自学考试办公室咨询（附件5）。其他未尽事宜，请考生密切关注广东省教育考试院官微、官网及各地自学考试办公室发布的相关讯息。</w:t>
      </w:r>
    </w:p>
    <w:p>
      <w:r>
        <w:t>附件：1.广东省2023年1月自学考试报名报考流程图</w:t>
      </w:r>
    </w:p>
    <w:p>
      <w:r>
        <w:t>2.广东省2023年1月自学考试在线报名操作指引</w:t>
      </w:r>
    </w:p>
    <w:p>
      <w:r>
        <w:t>3.广东省高等教育自学考试电子相片采集标准</w:t>
      </w:r>
    </w:p>
    <w:p>
      <w:r>
        <w:t>4.广东省2023年1月自学考试疫情防控考生须知</w:t>
      </w:r>
    </w:p>
    <w:p>
      <w:r>
        <w:t>5.各地市自学考试办公室官网、公众号及咨询电话一览表</w:t>
      </w:r>
    </w:p>
    <w:p>
      <w:r>
        <w:t>广东省自学考试委员会办公室</w:t>
      </w:r>
    </w:p>
    <w:p>
      <w:r>
        <w:t>2022年11月14日</w:t>
      </w:r>
    </w:p>
    <w:p>
      <w:r>
        <w:t>附件</w:t>
      </w:r>
    </w:p>
    <w:p>
      <w:pPr>
        <w:pStyle w:val="Heading1"/>
      </w:pPr>
      <w:r>
        <w:t>附件及下载链接</w:t>
      </w:r>
    </w:p>
    <w:p>
      <w:hyperlink r:id="rId13">
        <w:r>
          <w:rPr>
            <w:color w:val="18548A"/>
          </w:rPr>
          <w:t>附件</w:t>
        </w:r>
      </w:hyperlink>
    </w:p>
    <w:p>
      <w:r>
        <w:rPr>
          <w:sz w:val="16"/>
        </w:rPr>
        <w:t>https://eea.gd.gov.cn/attachment/0/506/506785/4045761.docx</w:t>
      </w:r>
    </w:p>
    <w:p>
      <w:pPr>
        <w:pStyle w:val="Heading1"/>
      </w:pPr>
      <w:r>
        <w:t>正文相关链接</w:t>
      </w:r>
    </w:p>
    <w:p>
      <w:hyperlink r:id="rId14">
        <w:r>
          <w:rPr>
            <w:color w:val="18548A"/>
          </w:rPr>
          <w:t>附件</w:t>
        </w:r>
      </w:hyperlink>
    </w:p>
    <w:p>
      <w:r>
        <w:t>https://eea.gd.gov.cn/attachment/0/506/506785/4045759.docx</w:t>
      </w:r>
    </w:p>
    <w:p>
      <w:hyperlink r:id="rId15">
        <w:r>
          <w:rPr>
            <w:color w:val="18548A"/>
          </w:rPr>
          <w:t>附件</w:t>
        </w:r>
      </w:hyperlink>
    </w:p>
    <w:p>
      <w:r>
        <w:t>https://eea.gd.gov.cn/attachment/0/506/506785/4047134.docx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045761.html" TargetMode="External"/><Relationship Id="rId11" Type="http://schemas.openxmlformats.org/officeDocument/2006/relationships/hyperlink" Target="https://eea.gd.gov.cn/tzgg/content/post_4045759.html" TargetMode="External"/><Relationship Id="rId12" Type="http://schemas.openxmlformats.org/officeDocument/2006/relationships/hyperlink" Target="https://eea.gd.gov.cn/zxks/content/post_4047134.html" TargetMode="External"/><Relationship Id="rId13" Type="http://schemas.openxmlformats.org/officeDocument/2006/relationships/hyperlink" Target="https://eea.gd.gov.cn/attachment/0/506/506785/4045761.docx" TargetMode="External"/><Relationship Id="rId14" Type="http://schemas.openxmlformats.org/officeDocument/2006/relationships/hyperlink" Target="https://eea.gd.gov.cn/attachment/0/506/506785/4045759.docx" TargetMode="External"/><Relationship Id="rId15" Type="http://schemas.openxmlformats.org/officeDocument/2006/relationships/hyperlink" Target="https://eea.gd.gov.cn/attachment/0/506/506785/404713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