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https://szeb.sz.gov.cn/szzkw/zkcx/zxks/zkzy/bkcc/content/post_8949090.html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717e896ec91ad40c6a1cc9f8cec01d9151a2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717e896ec91ad40c6a1cc9f8cec01d9151a2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9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